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A8686" w14:textId="77777777" w:rsidR="002374FD" w:rsidRPr="00A06BED" w:rsidRDefault="00000000">
      <w:pPr>
        <w:spacing w:after="100"/>
        <w:jc w:val="center"/>
        <w:rPr>
          <w:lang w:val="fi-FI"/>
        </w:rPr>
      </w:pPr>
      <w:r w:rsidRPr="00A06BED">
        <w:rPr>
          <w:b/>
          <w:sz w:val="44"/>
          <w:lang w:val="fi-FI"/>
        </w:rPr>
        <w:br/>
      </w:r>
      <w:r w:rsidRPr="00A06BED">
        <w:rPr>
          <w:b/>
          <w:sz w:val="44"/>
          <w:lang w:val="fi-FI"/>
        </w:rPr>
        <w:br/>
        <w:t>MATERI AJAR</w:t>
      </w:r>
      <w:r w:rsidRPr="00A06BED">
        <w:rPr>
          <w:b/>
          <w:sz w:val="44"/>
          <w:lang w:val="fi-FI"/>
        </w:rPr>
        <w:br/>
      </w:r>
      <w:r w:rsidRPr="00A06BED">
        <w:rPr>
          <w:b/>
          <w:sz w:val="48"/>
          <w:lang w:val="fi-FI"/>
        </w:rPr>
        <w:t>CHMOD DAN CHOWN PADA LINUX</w:t>
      </w:r>
    </w:p>
    <w:p w14:paraId="1D1788D1" w14:textId="77777777" w:rsidR="002374FD" w:rsidRPr="00A06BED" w:rsidRDefault="00000000">
      <w:pPr>
        <w:spacing w:after="100"/>
        <w:jc w:val="center"/>
        <w:rPr>
          <w:lang w:val="fi-FI"/>
        </w:rPr>
      </w:pPr>
      <w:r w:rsidRPr="00A06BED">
        <w:rPr>
          <w:i/>
          <w:sz w:val="24"/>
          <w:lang w:val="fi-FI"/>
        </w:rPr>
        <w:br/>
        <w:t>Manajemen Hak Akses dan Kepemilikan File pada Sistem Operasi Linux</w:t>
      </w:r>
    </w:p>
    <w:p w14:paraId="2AE86E01" w14:textId="77777777" w:rsidR="002374FD" w:rsidRPr="00A06BED" w:rsidRDefault="00000000">
      <w:pPr>
        <w:spacing w:after="100"/>
        <w:rPr>
          <w:lang w:val="fi-FI"/>
        </w:rPr>
      </w:pPr>
      <w:r w:rsidRPr="00A06BED">
        <w:rPr>
          <w:lang w:val="fi-FI"/>
        </w:rPr>
        <w:br/>
      </w:r>
    </w:p>
    <w:p w14:paraId="31D0D90E" w14:textId="77777777" w:rsidR="002374FD" w:rsidRPr="00A06BED" w:rsidRDefault="00000000">
      <w:pPr>
        <w:spacing w:after="100"/>
        <w:jc w:val="center"/>
        <w:rPr>
          <w:lang w:val="fi-FI"/>
        </w:rPr>
      </w:pPr>
      <w:r w:rsidRPr="00A06BED">
        <w:rPr>
          <w:sz w:val="22"/>
          <w:lang w:val="fi-FI"/>
        </w:rPr>
        <w:t>Modul pembelajaran praktis untuk administrasi sistem, keamanan Linux, dan pengelolaan server</w:t>
      </w:r>
    </w:p>
    <w:p w14:paraId="3423CCDF" w14:textId="77777777" w:rsidR="002374FD" w:rsidRPr="00A06BED" w:rsidRDefault="00000000">
      <w:pPr>
        <w:spacing w:after="100"/>
        <w:rPr>
          <w:lang w:val="fi-FI"/>
        </w:rPr>
      </w:pPr>
      <w:r w:rsidRPr="00A06BED">
        <w:rPr>
          <w:lang w:val="fi-FI"/>
        </w:rPr>
        <w:br/>
      </w:r>
      <w:r w:rsidRPr="00A06BED">
        <w:rPr>
          <w:lang w:val="fi-FI"/>
        </w:rPr>
        <w:br/>
      </w:r>
    </w:p>
    <w:p w14:paraId="5C77583C" w14:textId="77777777" w:rsidR="002374FD" w:rsidRPr="00A06BED" w:rsidRDefault="00000000">
      <w:pPr>
        <w:spacing w:after="100"/>
        <w:jc w:val="center"/>
        <w:rPr>
          <w:lang w:val="fi-FI"/>
        </w:rPr>
      </w:pPr>
      <w:r w:rsidRPr="00A06BED">
        <w:rPr>
          <w:b/>
          <w:lang w:val="fi-FI"/>
        </w:rPr>
        <w:t>2026</w:t>
      </w:r>
    </w:p>
    <w:p w14:paraId="6980CBBD" w14:textId="77777777" w:rsidR="002374FD" w:rsidRPr="00A06BED" w:rsidRDefault="00000000">
      <w:pPr>
        <w:spacing w:after="100"/>
        <w:rPr>
          <w:lang w:val="fi-FI"/>
        </w:rPr>
      </w:pPr>
      <w:r w:rsidRPr="00A06BED">
        <w:rPr>
          <w:lang w:val="fi-FI"/>
        </w:rPr>
        <w:br w:type="page"/>
      </w:r>
    </w:p>
    <w:p w14:paraId="0D14F89D" w14:textId="77777777" w:rsidR="002374FD" w:rsidRPr="00A06BED" w:rsidRDefault="00000000">
      <w:pPr>
        <w:pStyle w:val="Heading1"/>
        <w:spacing w:after="100"/>
        <w:rPr>
          <w:color w:val="auto"/>
          <w:lang w:val="fi-FI"/>
        </w:rPr>
      </w:pPr>
      <w:r w:rsidRPr="00A06BED">
        <w:rPr>
          <w:color w:val="auto"/>
          <w:lang w:val="fi-FI"/>
        </w:rPr>
        <w:lastRenderedPageBreak/>
        <w:t>1. Pendahuluan</w:t>
      </w:r>
    </w:p>
    <w:p w14:paraId="78926889" w14:textId="77777777" w:rsidR="002374FD" w:rsidRPr="00A06BED" w:rsidRDefault="00000000">
      <w:pPr>
        <w:spacing w:after="100"/>
      </w:pPr>
      <w:r w:rsidRPr="00A06BED">
        <w:rPr>
          <w:lang w:val="fi-FI"/>
        </w:rPr>
        <w:t xml:space="preserve">Linux menggunakan mekanisme </w:t>
      </w:r>
      <w:r w:rsidRPr="00A06BED">
        <w:rPr>
          <w:b/>
          <w:lang w:val="fi-FI"/>
        </w:rPr>
        <w:t>permission</w:t>
      </w:r>
      <w:r w:rsidRPr="00A06BED">
        <w:rPr>
          <w:lang w:val="fi-FI"/>
        </w:rPr>
        <w:t xml:space="preserve"> dan </w:t>
      </w:r>
      <w:r w:rsidRPr="00A06BED">
        <w:rPr>
          <w:b/>
          <w:lang w:val="fi-FI"/>
        </w:rPr>
        <w:t>ownership</w:t>
      </w:r>
      <w:r w:rsidRPr="00A06BED">
        <w:rPr>
          <w:lang w:val="fi-FI"/>
        </w:rPr>
        <w:t xml:space="preserve"> untuk mengendalikan siapa yang boleh membaca, mengubah, atau mengeksekusi file dan direktori. </w:t>
      </w:r>
      <w:r w:rsidRPr="00A06BED">
        <w:t xml:space="preserve">Dua </w:t>
      </w:r>
      <w:proofErr w:type="spellStart"/>
      <w:r w:rsidRPr="00A06BED">
        <w:t>perintah</w:t>
      </w:r>
      <w:proofErr w:type="spellEnd"/>
      <w:r w:rsidRPr="00A06BED">
        <w:t xml:space="preserve"> fundamental </w:t>
      </w:r>
      <w:proofErr w:type="spellStart"/>
      <w:r w:rsidRPr="00A06BED">
        <w:t>dalam</w:t>
      </w:r>
      <w:proofErr w:type="spellEnd"/>
      <w:r w:rsidRPr="00A06BED">
        <w:t xml:space="preserve"> administrasi hak akses Linux adalah </w:t>
      </w:r>
      <w:r w:rsidRPr="00A06BED">
        <w:rPr>
          <w:b/>
        </w:rPr>
        <w:t>chmod</w:t>
      </w:r>
      <w:r w:rsidRPr="00A06BED">
        <w:t xml:space="preserve"> dan </w:t>
      </w:r>
      <w:r w:rsidRPr="00A06BED">
        <w:rPr>
          <w:b/>
        </w:rPr>
        <w:t>chown</w:t>
      </w:r>
      <w:r w:rsidRPr="00A06BED">
        <w:t>. Perintah chmod mengubah mode atau izin akses, sedangkan chown mengubah pemilik dan/atau grup suatu objek pada sistem berkas.</w:t>
      </w:r>
    </w:p>
    <w:p w14:paraId="23C1573E" w14:textId="77777777" w:rsidR="002374FD" w:rsidRPr="00A06BED" w:rsidRDefault="00000000">
      <w:pPr>
        <w:spacing w:after="100"/>
      </w:pPr>
      <w:r w:rsidRPr="00A06BED">
        <w:rPr>
          <w:b/>
        </w:rPr>
        <w:t>Tujuan pembelajaran:</w:t>
      </w:r>
    </w:p>
    <w:p w14:paraId="4B3CA895" w14:textId="77777777" w:rsidR="002374FD" w:rsidRPr="00A06BED" w:rsidRDefault="00000000">
      <w:pPr>
        <w:pStyle w:val="ListBullet"/>
        <w:spacing w:after="100"/>
      </w:pPr>
      <w:r w:rsidRPr="00A06BED">
        <w:t>Memahami model permission Linux untuk user, group, dan others.</w:t>
      </w:r>
    </w:p>
    <w:p w14:paraId="711C4BC5" w14:textId="77777777" w:rsidR="002374FD" w:rsidRPr="00A06BED" w:rsidRDefault="00000000">
      <w:pPr>
        <w:pStyle w:val="ListBullet"/>
        <w:spacing w:after="100"/>
      </w:pPr>
      <w:r w:rsidRPr="00A06BED">
        <w:t>Membaca representasi permission dalam format simbolik dan numerik (oktal).</w:t>
      </w:r>
    </w:p>
    <w:p w14:paraId="6593B721" w14:textId="77777777" w:rsidR="002374FD" w:rsidRPr="00A06BED" w:rsidRDefault="00000000">
      <w:pPr>
        <w:pStyle w:val="ListBullet"/>
        <w:spacing w:after="100"/>
        <w:rPr>
          <w:lang w:val="da-DK"/>
        </w:rPr>
      </w:pPr>
      <w:r w:rsidRPr="00A06BED">
        <w:rPr>
          <w:lang w:val="da-DK"/>
        </w:rPr>
        <w:t>Menggunakan chmod untuk mengubah hak akses file dan direktori secara aman.</w:t>
      </w:r>
    </w:p>
    <w:p w14:paraId="6EE562D9" w14:textId="77777777" w:rsidR="002374FD" w:rsidRPr="00A06BED" w:rsidRDefault="00000000">
      <w:pPr>
        <w:pStyle w:val="ListBullet"/>
        <w:spacing w:after="100"/>
      </w:pPr>
      <w:proofErr w:type="spellStart"/>
      <w:r w:rsidRPr="00A06BED">
        <w:t>Menggunakan</w:t>
      </w:r>
      <w:proofErr w:type="spellEnd"/>
      <w:r w:rsidRPr="00A06BED">
        <w:t xml:space="preserve"> </w:t>
      </w:r>
      <w:proofErr w:type="spellStart"/>
      <w:r w:rsidRPr="00A06BED">
        <w:t>chown</w:t>
      </w:r>
      <w:proofErr w:type="spellEnd"/>
      <w:r w:rsidRPr="00A06BED">
        <w:t xml:space="preserve"> </w:t>
      </w:r>
      <w:proofErr w:type="spellStart"/>
      <w:r w:rsidRPr="00A06BED">
        <w:t>untuk</w:t>
      </w:r>
      <w:proofErr w:type="spellEnd"/>
      <w:r w:rsidRPr="00A06BED">
        <w:t xml:space="preserve"> </w:t>
      </w:r>
      <w:proofErr w:type="spellStart"/>
      <w:r w:rsidRPr="00A06BED">
        <w:t>mengubah</w:t>
      </w:r>
      <w:proofErr w:type="spellEnd"/>
      <w:r w:rsidRPr="00A06BED">
        <w:t xml:space="preserve"> kepemilikan user dan group.</w:t>
      </w:r>
    </w:p>
    <w:p w14:paraId="710E1451" w14:textId="77777777" w:rsidR="002374FD" w:rsidRPr="00A06BED" w:rsidRDefault="00000000">
      <w:pPr>
        <w:pStyle w:val="ListBullet"/>
        <w:spacing w:after="100"/>
      </w:pPr>
      <w:r w:rsidRPr="00A06BED">
        <w:t>Menerapkan prinsip least privilege ketika mengelola permission pada server Linux.</w:t>
      </w:r>
    </w:p>
    <w:p w14:paraId="442E606F" w14:textId="77777777" w:rsidR="002374FD" w:rsidRPr="00A06BED" w:rsidRDefault="00000000">
      <w:pPr>
        <w:pStyle w:val="ListBullet"/>
        <w:spacing w:after="100"/>
      </w:pPr>
      <w:r w:rsidRPr="00A06BED">
        <w:t>Menganalisis risiko konfigurasi permission yang terlalu permisif seperti 777.</w:t>
      </w:r>
    </w:p>
    <w:p w14:paraId="423669A7" w14:textId="77777777" w:rsidR="002374FD" w:rsidRPr="00A06BED" w:rsidRDefault="00000000">
      <w:pPr>
        <w:pStyle w:val="Heading1"/>
        <w:spacing w:after="100"/>
        <w:rPr>
          <w:color w:val="auto"/>
        </w:rPr>
      </w:pPr>
      <w:r w:rsidRPr="00A06BED">
        <w:rPr>
          <w:color w:val="auto"/>
        </w:rPr>
        <w:t>2. Konsep Dasar Permission Linux</w:t>
      </w:r>
    </w:p>
    <w:p w14:paraId="3C7FF1A7" w14:textId="77777777" w:rsidR="002374FD" w:rsidRPr="00A06BED" w:rsidRDefault="00000000">
      <w:pPr>
        <w:spacing w:after="100"/>
      </w:pPr>
      <w:r w:rsidRPr="00A06BED">
        <w:t>Setiap file dan direktori pada Linux umumnya memiliki tiga kategori subjek akses dan tiga jenis hak akses dasar.</w:t>
      </w:r>
    </w:p>
    <w:tbl>
      <w:tblPr>
        <w:tblStyle w:val="TableGrid"/>
        <w:tblW w:w="0" w:type="auto"/>
        <w:jc w:val="center"/>
        <w:tblLook w:val="04A0" w:firstRow="1" w:lastRow="0" w:firstColumn="1" w:lastColumn="0" w:noHBand="0" w:noVBand="1"/>
      </w:tblPr>
      <w:tblGrid>
        <w:gridCol w:w="3037"/>
        <w:gridCol w:w="3037"/>
        <w:gridCol w:w="3038"/>
      </w:tblGrid>
      <w:tr w:rsidR="002374FD" w:rsidRPr="00A06BED" w14:paraId="4BD12B0C" w14:textId="77777777">
        <w:trPr>
          <w:jc w:val="center"/>
        </w:trPr>
        <w:tc>
          <w:tcPr>
            <w:tcW w:w="3041" w:type="dxa"/>
            <w:shd w:val="clear" w:color="auto" w:fill="D9EAF7"/>
            <w:vAlign w:val="center"/>
          </w:tcPr>
          <w:p w14:paraId="1366602C" w14:textId="77777777" w:rsidR="002374FD" w:rsidRPr="00A06BED" w:rsidRDefault="00000000" w:rsidP="000E42E3">
            <w:pPr>
              <w:spacing w:after="40"/>
              <w:jc w:val="center"/>
            </w:pPr>
            <w:r w:rsidRPr="00A06BED">
              <w:rPr>
                <w:b/>
                <w:sz w:val="20"/>
              </w:rPr>
              <w:t>Kategori</w:t>
            </w:r>
          </w:p>
        </w:tc>
        <w:tc>
          <w:tcPr>
            <w:tcW w:w="3041" w:type="dxa"/>
            <w:shd w:val="clear" w:color="auto" w:fill="D9EAF7"/>
            <w:vAlign w:val="center"/>
          </w:tcPr>
          <w:p w14:paraId="59843CEB" w14:textId="77777777" w:rsidR="002374FD" w:rsidRPr="00A06BED" w:rsidRDefault="00000000" w:rsidP="000E42E3">
            <w:pPr>
              <w:spacing w:after="40"/>
              <w:jc w:val="center"/>
            </w:pPr>
            <w:r w:rsidRPr="00A06BED">
              <w:rPr>
                <w:b/>
                <w:sz w:val="20"/>
              </w:rPr>
              <w:t>Simbol</w:t>
            </w:r>
          </w:p>
        </w:tc>
        <w:tc>
          <w:tcPr>
            <w:tcW w:w="3041" w:type="dxa"/>
            <w:shd w:val="clear" w:color="auto" w:fill="D9EAF7"/>
            <w:vAlign w:val="center"/>
          </w:tcPr>
          <w:p w14:paraId="4121E168" w14:textId="77777777" w:rsidR="002374FD" w:rsidRPr="00A06BED" w:rsidRDefault="00000000" w:rsidP="000E42E3">
            <w:pPr>
              <w:spacing w:after="40"/>
              <w:jc w:val="center"/>
            </w:pPr>
            <w:r w:rsidRPr="00A06BED">
              <w:rPr>
                <w:b/>
                <w:sz w:val="20"/>
              </w:rPr>
              <w:t>Makna</w:t>
            </w:r>
          </w:p>
        </w:tc>
      </w:tr>
      <w:tr w:rsidR="002374FD" w:rsidRPr="00A06BED" w14:paraId="6F3C0AC1" w14:textId="77777777">
        <w:trPr>
          <w:jc w:val="center"/>
        </w:trPr>
        <w:tc>
          <w:tcPr>
            <w:tcW w:w="3041" w:type="dxa"/>
            <w:vAlign w:val="center"/>
          </w:tcPr>
          <w:p w14:paraId="326D4427" w14:textId="77777777" w:rsidR="002374FD" w:rsidRPr="00A06BED" w:rsidRDefault="00000000">
            <w:pPr>
              <w:spacing w:after="40"/>
            </w:pPr>
            <w:r w:rsidRPr="00A06BED">
              <w:rPr>
                <w:sz w:val="20"/>
              </w:rPr>
              <w:t>User/Owner</w:t>
            </w:r>
          </w:p>
        </w:tc>
        <w:tc>
          <w:tcPr>
            <w:tcW w:w="3041" w:type="dxa"/>
            <w:vAlign w:val="center"/>
          </w:tcPr>
          <w:p w14:paraId="24DC4903" w14:textId="77777777" w:rsidR="002374FD" w:rsidRPr="00A06BED" w:rsidRDefault="00000000" w:rsidP="000E42E3">
            <w:pPr>
              <w:spacing w:after="40"/>
              <w:jc w:val="center"/>
            </w:pPr>
            <w:r w:rsidRPr="00A06BED">
              <w:rPr>
                <w:sz w:val="20"/>
              </w:rPr>
              <w:t>u</w:t>
            </w:r>
          </w:p>
        </w:tc>
        <w:tc>
          <w:tcPr>
            <w:tcW w:w="3041" w:type="dxa"/>
            <w:vAlign w:val="center"/>
          </w:tcPr>
          <w:p w14:paraId="31E9BE73" w14:textId="77777777" w:rsidR="002374FD" w:rsidRPr="00A06BED" w:rsidRDefault="00000000">
            <w:pPr>
              <w:spacing w:after="40"/>
            </w:pPr>
            <w:r w:rsidRPr="00A06BED">
              <w:rPr>
                <w:sz w:val="20"/>
              </w:rPr>
              <w:t>Pemilik file atau direktori.</w:t>
            </w:r>
          </w:p>
        </w:tc>
      </w:tr>
      <w:tr w:rsidR="002374FD" w:rsidRPr="00A06BED" w14:paraId="4D2F6C6D" w14:textId="77777777">
        <w:trPr>
          <w:jc w:val="center"/>
        </w:trPr>
        <w:tc>
          <w:tcPr>
            <w:tcW w:w="3041" w:type="dxa"/>
            <w:vAlign w:val="center"/>
          </w:tcPr>
          <w:p w14:paraId="6D758B2B" w14:textId="77777777" w:rsidR="002374FD" w:rsidRPr="00A06BED" w:rsidRDefault="00000000">
            <w:pPr>
              <w:spacing w:after="40"/>
            </w:pPr>
            <w:r w:rsidRPr="00A06BED">
              <w:rPr>
                <w:sz w:val="20"/>
              </w:rPr>
              <w:t>Group</w:t>
            </w:r>
          </w:p>
        </w:tc>
        <w:tc>
          <w:tcPr>
            <w:tcW w:w="3041" w:type="dxa"/>
            <w:vAlign w:val="center"/>
          </w:tcPr>
          <w:p w14:paraId="5168D09A" w14:textId="77777777" w:rsidR="002374FD" w:rsidRPr="00A06BED" w:rsidRDefault="00000000" w:rsidP="000E42E3">
            <w:pPr>
              <w:spacing w:after="40"/>
              <w:jc w:val="center"/>
            </w:pPr>
            <w:r w:rsidRPr="00A06BED">
              <w:rPr>
                <w:sz w:val="20"/>
              </w:rPr>
              <w:t>g</w:t>
            </w:r>
          </w:p>
        </w:tc>
        <w:tc>
          <w:tcPr>
            <w:tcW w:w="3041" w:type="dxa"/>
            <w:vAlign w:val="center"/>
          </w:tcPr>
          <w:p w14:paraId="3D179802" w14:textId="77777777" w:rsidR="002374FD" w:rsidRPr="00A06BED" w:rsidRDefault="00000000">
            <w:pPr>
              <w:spacing w:after="40"/>
              <w:rPr>
                <w:lang w:val="da-DK"/>
              </w:rPr>
            </w:pPr>
            <w:r w:rsidRPr="00A06BED">
              <w:rPr>
                <w:sz w:val="20"/>
                <w:lang w:val="da-DK"/>
              </w:rPr>
              <w:t>Anggota grup yang diasosiasikan dengan file.</w:t>
            </w:r>
          </w:p>
        </w:tc>
      </w:tr>
      <w:tr w:rsidR="002374FD" w:rsidRPr="00A06BED" w14:paraId="2FE87D6B" w14:textId="77777777">
        <w:trPr>
          <w:jc w:val="center"/>
        </w:trPr>
        <w:tc>
          <w:tcPr>
            <w:tcW w:w="3041" w:type="dxa"/>
            <w:vAlign w:val="center"/>
          </w:tcPr>
          <w:p w14:paraId="2F5F7A6C" w14:textId="77777777" w:rsidR="002374FD" w:rsidRPr="00A06BED" w:rsidRDefault="00000000">
            <w:pPr>
              <w:spacing w:after="40"/>
            </w:pPr>
            <w:r w:rsidRPr="00A06BED">
              <w:rPr>
                <w:sz w:val="20"/>
              </w:rPr>
              <w:t>Others</w:t>
            </w:r>
          </w:p>
        </w:tc>
        <w:tc>
          <w:tcPr>
            <w:tcW w:w="3041" w:type="dxa"/>
            <w:vAlign w:val="center"/>
          </w:tcPr>
          <w:p w14:paraId="7CE85F7E" w14:textId="77777777" w:rsidR="002374FD" w:rsidRPr="00A06BED" w:rsidRDefault="00000000" w:rsidP="000E42E3">
            <w:pPr>
              <w:spacing w:after="40"/>
              <w:jc w:val="center"/>
            </w:pPr>
            <w:r w:rsidRPr="00A06BED">
              <w:rPr>
                <w:sz w:val="20"/>
              </w:rPr>
              <w:t>o</w:t>
            </w:r>
          </w:p>
        </w:tc>
        <w:tc>
          <w:tcPr>
            <w:tcW w:w="3041" w:type="dxa"/>
            <w:vAlign w:val="center"/>
          </w:tcPr>
          <w:p w14:paraId="79A451F1" w14:textId="77777777" w:rsidR="002374FD" w:rsidRPr="00A06BED" w:rsidRDefault="00000000">
            <w:pPr>
              <w:spacing w:after="40"/>
            </w:pPr>
            <w:r w:rsidRPr="00A06BED">
              <w:rPr>
                <w:sz w:val="20"/>
              </w:rPr>
              <w:t>Pengguna lain di luar owner dan group.</w:t>
            </w:r>
          </w:p>
        </w:tc>
      </w:tr>
    </w:tbl>
    <w:p w14:paraId="052036E2" w14:textId="77777777" w:rsidR="002374FD" w:rsidRPr="00A06BED" w:rsidRDefault="002374FD">
      <w:pPr>
        <w:spacing w:after="100"/>
      </w:pPr>
    </w:p>
    <w:tbl>
      <w:tblPr>
        <w:tblStyle w:val="TableGrid"/>
        <w:tblW w:w="0" w:type="auto"/>
        <w:jc w:val="center"/>
        <w:tblLook w:val="04A0" w:firstRow="1" w:lastRow="0" w:firstColumn="1" w:lastColumn="0" w:noHBand="0" w:noVBand="1"/>
      </w:tblPr>
      <w:tblGrid>
        <w:gridCol w:w="2127"/>
        <w:gridCol w:w="2063"/>
        <w:gridCol w:w="2037"/>
        <w:gridCol w:w="2885"/>
      </w:tblGrid>
      <w:tr w:rsidR="002374FD" w:rsidRPr="00A06BED" w14:paraId="6088CC3F" w14:textId="77777777">
        <w:trPr>
          <w:jc w:val="center"/>
        </w:trPr>
        <w:tc>
          <w:tcPr>
            <w:tcW w:w="2280" w:type="dxa"/>
            <w:shd w:val="clear" w:color="auto" w:fill="D9EAF7"/>
            <w:vAlign w:val="center"/>
          </w:tcPr>
          <w:p w14:paraId="3FE63ABE" w14:textId="77777777" w:rsidR="002374FD" w:rsidRPr="00A06BED" w:rsidRDefault="00000000" w:rsidP="000E42E3">
            <w:pPr>
              <w:spacing w:after="40"/>
              <w:jc w:val="center"/>
            </w:pPr>
            <w:r w:rsidRPr="00A06BED">
              <w:rPr>
                <w:b/>
                <w:sz w:val="20"/>
              </w:rPr>
              <w:t>Permission</w:t>
            </w:r>
          </w:p>
        </w:tc>
        <w:tc>
          <w:tcPr>
            <w:tcW w:w="2280" w:type="dxa"/>
            <w:shd w:val="clear" w:color="auto" w:fill="D9EAF7"/>
            <w:vAlign w:val="center"/>
          </w:tcPr>
          <w:p w14:paraId="7E685F2A" w14:textId="77777777" w:rsidR="002374FD" w:rsidRPr="00A06BED" w:rsidRDefault="00000000" w:rsidP="000E42E3">
            <w:pPr>
              <w:spacing w:after="40"/>
              <w:jc w:val="center"/>
            </w:pPr>
            <w:r w:rsidRPr="00A06BED">
              <w:rPr>
                <w:b/>
                <w:sz w:val="20"/>
              </w:rPr>
              <w:t>Simbol</w:t>
            </w:r>
          </w:p>
        </w:tc>
        <w:tc>
          <w:tcPr>
            <w:tcW w:w="2280" w:type="dxa"/>
            <w:shd w:val="clear" w:color="auto" w:fill="D9EAF7"/>
            <w:vAlign w:val="center"/>
          </w:tcPr>
          <w:p w14:paraId="0517CDCA" w14:textId="77777777" w:rsidR="002374FD" w:rsidRPr="00A06BED" w:rsidRDefault="00000000" w:rsidP="000E42E3">
            <w:pPr>
              <w:spacing w:after="40"/>
              <w:jc w:val="center"/>
            </w:pPr>
            <w:r w:rsidRPr="00A06BED">
              <w:rPr>
                <w:b/>
                <w:sz w:val="20"/>
              </w:rPr>
              <w:t>Nilai Oktal</w:t>
            </w:r>
          </w:p>
        </w:tc>
        <w:tc>
          <w:tcPr>
            <w:tcW w:w="2280" w:type="dxa"/>
            <w:shd w:val="clear" w:color="auto" w:fill="D9EAF7"/>
            <w:vAlign w:val="center"/>
          </w:tcPr>
          <w:p w14:paraId="7D3E77D9" w14:textId="77777777" w:rsidR="002374FD" w:rsidRPr="00A06BED" w:rsidRDefault="00000000" w:rsidP="000E42E3">
            <w:pPr>
              <w:spacing w:after="40"/>
              <w:jc w:val="center"/>
            </w:pPr>
            <w:r w:rsidRPr="00A06BED">
              <w:rPr>
                <w:b/>
                <w:sz w:val="20"/>
              </w:rPr>
              <w:t>Makna</w:t>
            </w:r>
          </w:p>
        </w:tc>
      </w:tr>
      <w:tr w:rsidR="002374FD" w:rsidRPr="00A06BED" w14:paraId="7B05759A" w14:textId="77777777">
        <w:trPr>
          <w:jc w:val="center"/>
        </w:trPr>
        <w:tc>
          <w:tcPr>
            <w:tcW w:w="2280" w:type="dxa"/>
            <w:vAlign w:val="center"/>
          </w:tcPr>
          <w:p w14:paraId="7B107602" w14:textId="77777777" w:rsidR="002374FD" w:rsidRPr="00A06BED" w:rsidRDefault="00000000">
            <w:pPr>
              <w:spacing w:after="40"/>
            </w:pPr>
            <w:r w:rsidRPr="00A06BED">
              <w:rPr>
                <w:sz w:val="20"/>
              </w:rPr>
              <w:t>Read</w:t>
            </w:r>
          </w:p>
        </w:tc>
        <w:tc>
          <w:tcPr>
            <w:tcW w:w="2280" w:type="dxa"/>
            <w:vAlign w:val="center"/>
          </w:tcPr>
          <w:p w14:paraId="418C24DC" w14:textId="77777777" w:rsidR="002374FD" w:rsidRPr="00A06BED" w:rsidRDefault="00000000" w:rsidP="000E42E3">
            <w:pPr>
              <w:spacing w:after="40"/>
              <w:jc w:val="center"/>
            </w:pPr>
            <w:r w:rsidRPr="00A06BED">
              <w:rPr>
                <w:sz w:val="20"/>
              </w:rPr>
              <w:t>r</w:t>
            </w:r>
          </w:p>
        </w:tc>
        <w:tc>
          <w:tcPr>
            <w:tcW w:w="2280" w:type="dxa"/>
            <w:vAlign w:val="center"/>
          </w:tcPr>
          <w:p w14:paraId="386EE8C2" w14:textId="77777777" w:rsidR="002374FD" w:rsidRPr="00A06BED" w:rsidRDefault="00000000" w:rsidP="000E42E3">
            <w:pPr>
              <w:spacing w:after="40"/>
              <w:jc w:val="center"/>
            </w:pPr>
            <w:r w:rsidRPr="00A06BED">
              <w:rPr>
                <w:sz w:val="20"/>
              </w:rPr>
              <w:t>4</w:t>
            </w:r>
          </w:p>
        </w:tc>
        <w:tc>
          <w:tcPr>
            <w:tcW w:w="2280" w:type="dxa"/>
            <w:vAlign w:val="center"/>
          </w:tcPr>
          <w:p w14:paraId="11E43657" w14:textId="77777777" w:rsidR="002374FD" w:rsidRPr="00A06BED" w:rsidRDefault="00000000">
            <w:pPr>
              <w:spacing w:after="40"/>
              <w:rPr>
                <w:lang w:val="da-DK"/>
              </w:rPr>
            </w:pPr>
            <w:r w:rsidRPr="00A06BED">
              <w:rPr>
                <w:sz w:val="20"/>
                <w:lang w:val="da-DK"/>
              </w:rPr>
              <w:t>Membaca isi file; pada direktori, melihat daftar nama entri.</w:t>
            </w:r>
          </w:p>
        </w:tc>
      </w:tr>
      <w:tr w:rsidR="002374FD" w:rsidRPr="00A06BED" w14:paraId="0AE33854" w14:textId="77777777">
        <w:trPr>
          <w:jc w:val="center"/>
        </w:trPr>
        <w:tc>
          <w:tcPr>
            <w:tcW w:w="2280" w:type="dxa"/>
            <w:vAlign w:val="center"/>
          </w:tcPr>
          <w:p w14:paraId="1B7D9886" w14:textId="77777777" w:rsidR="002374FD" w:rsidRPr="00A06BED" w:rsidRDefault="00000000">
            <w:pPr>
              <w:spacing w:after="40"/>
            </w:pPr>
            <w:r w:rsidRPr="00A06BED">
              <w:rPr>
                <w:sz w:val="20"/>
              </w:rPr>
              <w:t>Write</w:t>
            </w:r>
          </w:p>
        </w:tc>
        <w:tc>
          <w:tcPr>
            <w:tcW w:w="2280" w:type="dxa"/>
            <w:vAlign w:val="center"/>
          </w:tcPr>
          <w:p w14:paraId="3C50FEA8" w14:textId="77777777" w:rsidR="002374FD" w:rsidRPr="00A06BED" w:rsidRDefault="00000000" w:rsidP="000E42E3">
            <w:pPr>
              <w:spacing w:after="40"/>
              <w:jc w:val="center"/>
            </w:pPr>
            <w:r w:rsidRPr="00A06BED">
              <w:rPr>
                <w:sz w:val="20"/>
              </w:rPr>
              <w:t>w</w:t>
            </w:r>
          </w:p>
        </w:tc>
        <w:tc>
          <w:tcPr>
            <w:tcW w:w="2280" w:type="dxa"/>
            <w:vAlign w:val="center"/>
          </w:tcPr>
          <w:p w14:paraId="0A4652CB" w14:textId="77777777" w:rsidR="002374FD" w:rsidRPr="00A06BED" w:rsidRDefault="00000000" w:rsidP="000E42E3">
            <w:pPr>
              <w:spacing w:after="40"/>
              <w:jc w:val="center"/>
            </w:pPr>
            <w:r w:rsidRPr="00A06BED">
              <w:rPr>
                <w:sz w:val="20"/>
              </w:rPr>
              <w:t>2</w:t>
            </w:r>
          </w:p>
        </w:tc>
        <w:tc>
          <w:tcPr>
            <w:tcW w:w="2280" w:type="dxa"/>
            <w:vAlign w:val="center"/>
          </w:tcPr>
          <w:p w14:paraId="46E2EE77" w14:textId="77777777" w:rsidR="002374FD" w:rsidRPr="00A06BED" w:rsidRDefault="00000000">
            <w:pPr>
              <w:spacing w:after="40"/>
              <w:rPr>
                <w:lang w:val="fi-FI"/>
              </w:rPr>
            </w:pPr>
            <w:r w:rsidRPr="00A06BED">
              <w:rPr>
                <w:sz w:val="20"/>
                <w:lang w:val="fi-FI"/>
              </w:rPr>
              <w:t>Mengubah file; pada direktori, membuat/menghapus/rename entri jika syarat lain terpenuhi.</w:t>
            </w:r>
          </w:p>
        </w:tc>
      </w:tr>
      <w:tr w:rsidR="002374FD" w:rsidRPr="00A06BED" w14:paraId="33C3A9A0" w14:textId="77777777">
        <w:trPr>
          <w:jc w:val="center"/>
        </w:trPr>
        <w:tc>
          <w:tcPr>
            <w:tcW w:w="2280" w:type="dxa"/>
            <w:vAlign w:val="center"/>
          </w:tcPr>
          <w:p w14:paraId="49F4B3F9" w14:textId="77777777" w:rsidR="002374FD" w:rsidRPr="00A06BED" w:rsidRDefault="00000000">
            <w:pPr>
              <w:spacing w:after="40"/>
            </w:pPr>
            <w:r w:rsidRPr="00A06BED">
              <w:rPr>
                <w:sz w:val="20"/>
              </w:rPr>
              <w:t>Execute</w:t>
            </w:r>
          </w:p>
        </w:tc>
        <w:tc>
          <w:tcPr>
            <w:tcW w:w="2280" w:type="dxa"/>
            <w:vAlign w:val="center"/>
          </w:tcPr>
          <w:p w14:paraId="4BA93FE8" w14:textId="77777777" w:rsidR="002374FD" w:rsidRPr="00A06BED" w:rsidRDefault="00000000" w:rsidP="000E42E3">
            <w:pPr>
              <w:spacing w:after="40"/>
              <w:jc w:val="center"/>
            </w:pPr>
            <w:r w:rsidRPr="00A06BED">
              <w:rPr>
                <w:sz w:val="20"/>
              </w:rPr>
              <w:t>x</w:t>
            </w:r>
          </w:p>
        </w:tc>
        <w:tc>
          <w:tcPr>
            <w:tcW w:w="2280" w:type="dxa"/>
            <w:vAlign w:val="center"/>
          </w:tcPr>
          <w:p w14:paraId="37058910" w14:textId="77777777" w:rsidR="002374FD" w:rsidRPr="00A06BED" w:rsidRDefault="00000000" w:rsidP="000E42E3">
            <w:pPr>
              <w:spacing w:after="40"/>
              <w:jc w:val="center"/>
            </w:pPr>
            <w:r w:rsidRPr="00A06BED">
              <w:rPr>
                <w:sz w:val="20"/>
              </w:rPr>
              <w:t>1</w:t>
            </w:r>
          </w:p>
        </w:tc>
        <w:tc>
          <w:tcPr>
            <w:tcW w:w="2280" w:type="dxa"/>
            <w:vAlign w:val="center"/>
          </w:tcPr>
          <w:p w14:paraId="6A680639" w14:textId="77777777" w:rsidR="002374FD" w:rsidRPr="00A06BED" w:rsidRDefault="00000000">
            <w:pPr>
              <w:spacing w:after="40"/>
              <w:rPr>
                <w:lang w:val="da-DK"/>
              </w:rPr>
            </w:pPr>
            <w:r w:rsidRPr="00A06BED">
              <w:rPr>
                <w:sz w:val="20"/>
                <w:lang w:val="da-DK"/>
              </w:rPr>
              <w:t>Menjalankan file program/script; pada direktori, melakukan traversal atau mengakses entri di dalamnya.</w:t>
            </w:r>
          </w:p>
        </w:tc>
      </w:tr>
    </w:tbl>
    <w:p w14:paraId="744F2EB2" w14:textId="77777777" w:rsidR="002374FD" w:rsidRPr="00A06BED" w:rsidRDefault="00000000">
      <w:pPr>
        <w:spacing w:after="100"/>
      </w:pPr>
      <w:proofErr w:type="spellStart"/>
      <w:r w:rsidRPr="00A06BED">
        <w:t>Contoh</w:t>
      </w:r>
      <w:proofErr w:type="spellEnd"/>
      <w:r w:rsidRPr="00A06BED">
        <w:t xml:space="preserve"> output </w:t>
      </w:r>
      <w:r w:rsidRPr="00A06BED">
        <w:rPr>
          <w:b/>
        </w:rPr>
        <w:t>ls -l</w:t>
      </w:r>
      <w:r w:rsidRPr="00A06BED">
        <w:t>:</w:t>
      </w:r>
    </w:p>
    <w:p w14:paraId="1CBF5F1F" w14:textId="77777777" w:rsidR="002374FD" w:rsidRPr="00A06BED" w:rsidRDefault="00000000">
      <w:pPr>
        <w:spacing w:after="100"/>
      </w:pPr>
      <w:r w:rsidRPr="00A06BED">
        <w:rPr>
          <w:rFonts w:ascii="Courier New" w:hAnsi="Courier New"/>
          <w:sz w:val="20"/>
        </w:rPr>
        <w:t>-rwxr-x--- 1 alice developers 2048 Sep 14 10:00 aplikasi.sh</w:t>
      </w:r>
    </w:p>
    <w:p w14:paraId="74B0F6DC" w14:textId="77777777" w:rsidR="002374FD" w:rsidRPr="00A06BED" w:rsidRDefault="00000000">
      <w:pPr>
        <w:spacing w:after="100"/>
      </w:pPr>
      <w:r w:rsidRPr="00A06BED">
        <w:t>Interpretasinya: owner memiliki rwx, group memiliki r-x, sedangkan others tidak memiliki hak akses apa pun.</w:t>
      </w:r>
    </w:p>
    <w:p w14:paraId="43FB4484" w14:textId="77777777" w:rsidR="002374FD" w:rsidRPr="00A06BED" w:rsidRDefault="00000000">
      <w:pPr>
        <w:pStyle w:val="Heading1"/>
        <w:spacing w:after="100"/>
        <w:rPr>
          <w:color w:val="auto"/>
        </w:rPr>
      </w:pPr>
      <w:r w:rsidRPr="00A06BED">
        <w:rPr>
          <w:color w:val="auto"/>
        </w:rPr>
        <w:lastRenderedPageBreak/>
        <w:t>3. Perintah chmod</w:t>
      </w:r>
    </w:p>
    <w:p w14:paraId="198059B1" w14:textId="77777777" w:rsidR="002374FD" w:rsidRPr="00A06BED" w:rsidRDefault="00000000">
      <w:pPr>
        <w:spacing w:after="100"/>
      </w:pPr>
      <w:r w:rsidRPr="00A06BED">
        <w:t>chmod merupakan singkatan dari change mode. Perintah ini digunakan untuk mengubah bit permission pada file atau direktori.</w:t>
      </w:r>
    </w:p>
    <w:p w14:paraId="6BFD97B1" w14:textId="77777777" w:rsidR="002374FD" w:rsidRPr="00A06BED" w:rsidRDefault="00000000">
      <w:pPr>
        <w:pStyle w:val="Heading2"/>
        <w:spacing w:after="100"/>
        <w:rPr>
          <w:color w:val="auto"/>
        </w:rPr>
      </w:pPr>
      <w:r w:rsidRPr="00A06BED">
        <w:rPr>
          <w:color w:val="auto"/>
        </w:rPr>
        <w:t>3.1 Sintaks Dasar</w:t>
      </w:r>
    </w:p>
    <w:p w14:paraId="7AB14A92" w14:textId="77777777" w:rsidR="002374FD" w:rsidRPr="00A06BED" w:rsidRDefault="00000000">
      <w:pPr>
        <w:spacing w:after="100"/>
      </w:pPr>
      <w:r w:rsidRPr="00A06BED">
        <w:rPr>
          <w:rFonts w:ascii="Courier New" w:hAnsi="Courier New"/>
        </w:rPr>
        <w:t>chmod [OPTION] MODE FILE</w:t>
      </w:r>
    </w:p>
    <w:p w14:paraId="7E86CB2E" w14:textId="77777777" w:rsidR="002374FD" w:rsidRPr="00A06BED" w:rsidRDefault="00000000">
      <w:pPr>
        <w:spacing w:after="100"/>
      </w:pPr>
      <w:r w:rsidRPr="00A06BED">
        <w:rPr>
          <w:rFonts w:ascii="Courier New" w:hAnsi="Courier New"/>
        </w:rPr>
        <w:t>chmod [OPTION] OCTAL FILE</w:t>
      </w:r>
    </w:p>
    <w:p w14:paraId="142DA591" w14:textId="77777777" w:rsidR="002374FD" w:rsidRPr="00A06BED" w:rsidRDefault="00000000">
      <w:pPr>
        <w:pStyle w:val="Heading2"/>
        <w:spacing w:after="100"/>
        <w:rPr>
          <w:color w:val="auto"/>
        </w:rPr>
      </w:pPr>
      <w:r w:rsidRPr="00A06BED">
        <w:rPr>
          <w:color w:val="auto"/>
        </w:rPr>
        <w:t>3.2 Mode Simbolik</w:t>
      </w:r>
    </w:p>
    <w:p w14:paraId="363556E9" w14:textId="77777777" w:rsidR="002374FD" w:rsidRPr="00A06BED" w:rsidRDefault="00000000">
      <w:pPr>
        <w:spacing w:after="100"/>
      </w:pPr>
      <w:r w:rsidRPr="00A06BED">
        <w:t>Mode simbolik menggunakan u, g, o, atau a (all), kemudian operator +, -, atau =, diikuti r, w, dan/</w:t>
      </w:r>
      <w:proofErr w:type="spellStart"/>
      <w:r w:rsidRPr="00A06BED">
        <w:t>atau</w:t>
      </w:r>
      <w:proofErr w:type="spellEnd"/>
      <w:r w:rsidRPr="00A06BED">
        <w:t xml:space="preserve"> x.</w:t>
      </w:r>
    </w:p>
    <w:tbl>
      <w:tblPr>
        <w:tblStyle w:val="TableGrid"/>
        <w:tblW w:w="0" w:type="auto"/>
        <w:jc w:val="center"/>
        <w:tblLook w:val="04A0" w:firstRow="1" w:lastRow="0" w:firstColumn="1" w:lastColumn="0" w:noHBand="0" w:noVBand="1"/>
      </w:tblPr>
      <w:tblGrid>
        <w:gridCol w:w="3037"/>
        <w:gridCol w:w="3038"/>
        <w:gridCol w:w="3037"/>
      </w:tblGrid>
      <w:tr w:rsidR="002374FD" w:rsidRPr="00A06BED" w14:paraId="227323F3" w14:textId="77777777">
        <w:trPr>
          <w:jc w:val="center"/>
        </w:trPr>
        <w:tc>
          <w:tcPr>
            <w:tcW w:w="3041" w:type="dxa"/>
            <w:shd w:val="clear" w:color="auto" w:fill="D9EAF7"/>
            <w:vAlign w:val="center"/>
          </w:tcPr>
          <w:p w14:paraId="3753FB11" w14:textId="77777777" w:rsidR="002374FD" w:rsidRPr="00A06BED" w:rsidRDefault="00000000" w:rsidP="000E42E3">
            <w:pPr>
              <w:spacing w:after="40"/>
              <w:jc w:val="center"/>
            </w:pPr>
            <w:r w:rsidRPr="00A06BED">
              <w:rPr>
                <w:b/>
                <w:sz w:val="20"/>
              </w:rPr>
              <w:t>Operator</w:t>
            </w:r>
          </w:p>
        </w:tc>
        <w:tc>
          <w:tcPr>
            <w:tcW w:w="3041" w:type="dxa"/>
            <w:shd w:val="clear" w:color="auto" w:fill="D9EAF7"/>
            <w:vAlign w:val="center"/>
          </w:tcPr>
          <w:p w14:paraId="2BD38D86" w14:textId="77777777" w:rsidR="002374FD" w:rsidRPr="00A06BED" w:rsidRDefault="00000000" w:rsidP="000E42E3">
            <w:pPr>
              <w:spacing w:after="40"/>
              <w:jc w:val="center"/>
            </w:pPr>
            <w:r w:rsidRPr="00A06BED">
              <w:rPr>
                <w:b/>
                <w:sz w:val="20"/>
              </w:rPr>
              <w:t>Fungsi</w:t>
            </w:r>
          </w:p>
        </w:tc>
        <w:tc>
          <w:tcPr>
            <w:tcW w:w="3041" w:type="dxa"/>
            <w:shd w:val="clear" w:color="auto" w:fill="D9EAF7"/>
            <w:vAlign w:val="center"/>
          </w:tcPr>
          <w:p w14:paraId="6DE9190E" w14:textId="77777777" w:rsidR="002374FD" w:rsidRPr="00A06BED" w:rsidRDefault="00000000" w:rsidP="000E42E3">
            <w:pPr>
              <w:spacing w:after="40"/>
              <w:jc w:val="center"/>
            </w:pPr>
            <w:r w:rsidRPr="00A06BED">
              <w:rPr>
                <w:b/>
                <w:sz w:val="20"/>
              </w:rPr>
              <w:t>Contoh</w:t>
            </w:r>
          </w:p>
        </w:tc>
      </w:tr>
      <w:tr w:rsidR="002374FD" w:rsidRPr="00A06BED" w14:paraId="66D51677" w14:textId="77777777">
        <w:trPr>
          <w:jc w:val="center"/>
        </w:trPr>
        <w:tc>
          <w:tcPr>
            <w:tcW w:w="3041" w:type="dxa"/>
            <w:vAlign w:val="center"/>
          </w:tcPr>
          <w:p w14:paraId="3636F07A" w14:textId="77777777" w:rsidR="002374FD" w:rsidRPr="00A06BED" w:rsidRDefault="00000000" w:rsidP="000E42E3">
            <w:pPr>
              <w:spacing w:after="40"/>
              <w:jc w:val="center"/>
            </w:pPr>
            <w:r w:rsidRPr="00A06BED">
              <w:rPr>
                <w:sz w:val="20"/>
              </w:rPr>
              <w:t>+</w:t>
            </w:r>
          </w:p>
        </w:tc>
        <w:tc>
          <w:tcPr>
            <w:tcW w:w="3041" w:type="dxa"/>
            <w:vAlign w:val="center"/>
          </w:tcPr>
          <w:p w14:paraId="74B451EF" w14:textId="77777777" w:rsidR="002374FD" w:rsidRPr="00A06BED" w:rsidRDefault="00000000">
            <w:pPr>
              <w:spacing w:after="40"/>
            </w:pPr>
            <w:r w:rsidRPr="00A06BED">
              <w:rPr>
                <w:sz w:val="20"/>
              </w:rPr>
              <w:t>Menambahkan permission</w:t>
            </w:r>
          </w:p>
        </w:tc>
        <w:tc>
          <w:tcPr>
            <w:tcW w:w="3041" w:type="dxa"/>
            <w:vAlign w:val="center"/>
          </w:tcPr>
          <w:p w14:paraId="44B820F4" w14:textId="77777777" w:rsidR="002374FD" w:rsidRPr="00A06BED" w:rsidRDefault="00000000">
            <w:pPr>
              <w:spacing w:after="40"/>
            </w:pPr>
            <w:r w:rsidRPr="00A06BED">
              <w:rPr>
                <w:sz w:val="20"/>
              </w:rPr>
              <w:t>chmod u+x script.sh</w:t>
            </w:r>
          </w:p>
        </w:tc>
      </w:tr>
      <w:tr w:rsidR="002374FD" w:rsidRPr="00A06BED" w14:paraId="04DFF529" w14:textId="77777777">
        <w:trPr>
          <w:jc w:val="center"/>
        </w:trPr>
        <w:tc>
          <w:tcPr>
            <w:tcW w:w="3041" w:type="dxa"/>
            <w:vAlign w:val="center"/>
          </w:tcPr>
          <w:p w14:paraId="17CBCDAB" w14:textId="77777777" w:rsidR="002374FD" w:rsidRPr="00A06BED" w:rsidRDefault="00000000" w:rsidP="000E42E3">
            <w:pPr>
              <w:spacing w:after="40"/>
              <w:jc w:val="center"/>
            </w:pPr>
            <w:r w:rsidRPr="00A06BED">
              <w:rPr>
                <w:sz w:val="20"/>
              </w:rPr>
              <w:t>-</w:t>
            </w:r>
          </w:p>
        </w:tc>
        <w:tc>
          <w:tcPr>
            <w:tcW w:w="3041" w:type="dxa"/>
            <w:vAlign w:val="center"/>
          </w:tcPr>
          <w:p w14:paraId="009DC4F5" w14:textId="77777777" w:rsidR="002374FD" w:rsidRPr="00A06BED" w:rsidRDefault="00000000">
            <w:pPr>
              <w:spacing w:after="40"/>
            </w:pPr>
            <w:r w:rsidRPr="00A06BED">
              <w:rPr>
                <w:sz w:val="20"/>
              </w:rPr>
              <w:t>Menghapus permission</w:t>
            </w:r>
          </w:p>
        </w:tc>
        <w:tc>
          <w:tcPr>
            <w:tcW w:w="3041" w:type="dxa"/>
            <w:vAlign w:val="center"/>
          </w:tcPr>
          <w:p w14:paraId="3F99A872" w14:textId="77777777" w:rsidR="002374FD" w:rsidRPr="00A06BED" w:rsidRDefault="00000000">
            <w:pPr>
              <w:spacing w:after="40"/>
            </w:pPr>
            <w:r w:rsidRPr="00A06BED">
              <w:rPr>
                <w:sz w:val="20"/>
              </w:rPr>
              <w:t>chmod o-w file.txt</w:t>
            </w:r>
          </w:p>
        </w:tc>
      </w:tr>
      <w:tr w:rsidR="002374FD" w:rsidRPr="00A06BED" w14:paraId="174CB275" w14:textId="77777777">
        <w:trPr>
          <w:jc w:val="center"/>
        </w:trPr>
        <w:tc>
          <w:tcPr>
            <w:tcW w:w="3041" w:type="dxa"/>
            <w:vAlign w:val="center"/>
          </w:tcPr>
          <w:p w14:paraId="1ECCD95F" w14:textId="77777777" w:rsidR="002374FD" w:rsidRPr="00A06BED" w:rsidRDefault="00000000" w:rsidP="000E42E3">
            <w:pPr>
              <w:spacing w:after="40"/>
              <w:jc w:val="center"/>
            </w:pPr>
            <w:r w:rsidRPr="00A06BED">
              <w:rPr>
                <w:sz w:val="20"/>
              </w:rPr>
              <w:t>=</w:t>
            </w:r>
          </w:p>
        </w:tc>
        <w:tc>
          <w:tcPr>
            <w:tcW w:w="3041" w:type="dxa"/>
            <w:vAlign w:val="center"/>
          </w:tcPr>
          <w:p w14:paraId="33BBE32F" w14:textId="77777777" w:rsidR="002374FD" w:rsidRPr="00A06BED" w:rsidRDefault="00000000">
            <w:pPr>
              <w:spacing w:after="40"/>
            </w:pPr>
            <w:r w:rsidRPr="00A06BED">
              <w:rPr>
                <w:sz w:val="20"/>
              </w:rPr>
              <w:t>Menetapkan permission secara eksplisit</w:t>
            </w:r>
          </w:p>
        </w:tc>
        <w:tc>
          <w:tcPr>
            <w:tcW w:w="3041" w:type="dxa"/>
            <w:vAlign w:val="center"/>
          </w:tcPr>
          <w:p w14:paraId="4A075B77" w14:textId="77777777" w:rsidR="002374FD" w:rsidRPr="00A06BED" w:rsidRDefault="00000000">
            <w:pPr>
              <w:spacing w:after="40"/>
            </w:pPr>
            <w:r w:rsidRPr="00A06BED">
              <w:rPr>
                <w:sz w:val="20"/>
              </w:rPr>
              <w:t>chmod g=rx aplikasi.sh</w:t>
            </w:r>
          </w:p>
        </w:tc>
      </w:tr>
    </w:tbl>
    <w:p w14:paraId="7466FE41" w14:textId="77777777" w:rsidR="002374FD" w:rsidRPr="00A06BED" w:rsidRDefault="00000000">
      <w:pPr>
        <w:spacing w:after="100"/>
      </w:pPr>
      <w:r w:rsidRPr="00A06BED">
        <w:rPr>
          <w:b/>
        </w:rPr>
        <w:t xml:space="preserve">Menambahkan hak eksekusi untuk owner: </w:t>
      </w:r>
      <w:r w:rsidRPr="00A06BED">
        <w:rPr>
          <w:rFonts w:ascii="Courier New" w:hAnsi="Courier New"/>
          <w:sz w:val="20"/>
        </w:rPr>
        <w:t>chmod u+x script.sh</w:t>
      </w:r>
      <w:r w:rsidRPr="00A06BED">
        <w:t>. Owner dapat mengeksekusi script.sh tanpa mengubah hak group dan others.</w:t>
      </w:r>
    </w:p>
    <w:p w14:paraId="2E34F5F5" w14:textId="77777777" w:rsidR="002374FD" w:rsidRPr="00A06BED" w:rsidRDefault="00000000">
      <w:pPr>
        <w:spacing w:after="100"/>
      </w:pPr>
      <w:r w:rsidRPr="00A06BED">
        <w:rPr>
          <w:b/>
        </w:rPr>
        <w:t xml:space="preserve">Menghapus hak tulis untuk others: </w:t>
      </w:r>
      <w:r w:rsidRPr="00A06BED">
        <w:rPr>
          <w:rFonts w:ascii="Courier New" w:hAnsi="Courier New"/>
          <w:sz w:val="20"/>
        </w:rPr>
        <w:t>chmod o-w data.txt</w:t>
      </w:r>
      <w:r w:rsidRPr="00A06BED">
        <w:t>. Pengguna lain tidak lagi dapat menulis file data.txt.</w:t>
      </w:r>
    </w:p>
    <w:p w14:paraId="40CC72AC" w14:textId="77777777" w:rsidR="002374FD" w:rsidRPr="00A06BED" w:rsidRDefault="00000000">
      <w:pPr>
        <w:spacing w:after="100"/>
      </w:pPr>
      <w:r w:rsidRPr="00A06BED">
        <w:rPr>
          <w:b/>
        </w:rPr>
        <w:t xml:space="preserve">Memberikan read dan execute kepada group: </w:t>
      </w:r>
      <w:r w:rsidRPr="00A06BED">
        <w:rPr>
          <w:rFonts w:ascii="Courier New" w:hAnsi="Courier New"/>
          <w:sz w:val="20"/>
        </w:rPr>
        <w:t>chmod g+rx aplikasi</w:t>
      </w:r>
      <w:r w:rsidRPr="00A06BED">
        <w:t>. Group memperoleh hak membaca dan mengeksekusi.</w:t>
      </w:r>
    </w:p>
    <w:p w14:paraId="7E5812F0" w14:textId="77777777" w:rsidR="002374FD" w:rsidRPr="00A06BED" w:rsidRDefault="00000000">
      <w:pPr>
        <w:spacing w:after="100"/>
      </w:pPr>
      <w:r w:rsidRPr="00A06BED">
        <w:rPr>
          <w:b/>
        </w:rPr>
        <w:t xml:space="preserve">Memberikan execute kepada semua kategori: </w:t>
      </w:r>
      <w:r w:rsidRPr="00A06BED">
        <w:rPr>
          <w:rFonts w:ascii="Courier New" w:hAnsi="Courier New"/>
          <w:sz w:val="20"/>
        </w:rPr>
        <w:t>chmod a+x deploy.sh</w:t>
      </w:r>
      <w:r w:rsidRPr="00A06BED">
        <w:t>. Owner, group, dan others memperoleh execute.</w:t>
      </w:r>
    </w:p>
    <w:p w14:paraId="13DB74F4" w14:textId="77777777" w:rsidR="002374FD" w:rsidRPr="00A06BED" w:rsidRDefault="00000000">
      <w:pPr>
        <w:spacing w:after="100"/>
      </w:pPr>
      <w:r w:rsidRPr="00A06BED">
        <w:rPr>
          <w:b/>
        </w:rPr>
        <w:t xml:space="preserve">Menetapkan hak owner menjadi rw dan group menjadi r: </w:t>
      </w:r>
      <w:r w:rsidRPr="00A06BED">
        <w:rPr>
          <w:rFonts w:ascii="Courier New" w:hAnsi="Courier New"/>
          <w:sz w:val="20"/>
        </w:rPr>
        <w:t>chmod u=rw,g=r,o= laporan.txt</w:t>
      </w:r>
      <w:r w:rsidRPr="00A06BED">
        <w:t>. Menghasilkan permission rw-r-----.</w:t>
      </w:r>
    </w:p>
    <w:p w14:paraId="6522808B" w14:textId="77777777" w:rsidR="002374FD" w:rsidRPr="00A06BED" w:rsidRDefault="00000000">
      <w:pPr>
        <w:pStyle w:val="Heading2"/>
        <w:spacing w:after="100"/>
        <w:rPr>
          <w:color w:val="auto"/>
        </w:rPr>
      </w:pPr>
      <w:r w:rsidRPr="00A06BED">
        <w:rPr>
          <w:color w:val="auto"/>
        </w:rPr>
        <w:t>3.3 Mode Numerik/Oktal</w:t>
      </w:r>
    </w:p>
    <w:p w14:paraId="77AA2E68" w14:textId="77777777" w:rsidR="002374FD" w:rsidRPr="00A06BED" w:rsidRDefault="00000000">
      <w:pPr>
        <w:spacing w:after="100"/>
      </w:pPr>
      <w:r w:rsidRPr="00A06BED">
        <w:t>Dalam notasi oktal, nilai permission dihitung dari penjumlahan read=4, write=2, execute=1. Tiga digit utama merepresentasikan owner, group, dan others secara berurutan.</w:t>
      </w:r>
    </w:p>
    <w:tbl>
      <w:tblPr>
        <w:tblStyle w:val="TableGrid"/>
        <w:tblW w:w="0" w:type="auto"/>
        <w:jc w:val="center"/>
        <w:tblLook w:val="04A0" w:firstRow="1" w:lastRow="0" w:firstColumn="1" w:lastColumn="0" w:noHBand="0" w:noVBand="1"/>
      </w:tblPr>
      <w:tblGrid>
        <w:gridCol w:w="2278"/>
        <w:gridCol w:w="2278"/>
        <w:gridCol w:w="2278"/>
        <w:gridCol w:w="2278"/>
      </w:tblGrid>
      <w:tr w:rsidR="002374FD" w:rsidRPr="00A06BED" w14:paraId="401695BB" w14:textId="77777777">
        <w:trPr>
          <w:jc w:val="center"/>
        </w:trPr>
        <w:tc>
          <w:tcPr>
            <w:tcW w:w="2280" w:type="dxa"/>
            <w:shd w:val="clear" w:color="auto" w:fill="D9EAF7"/>
            <w:vAlign w:val="center"/>
          </w:tcPr>
          <w:p w14:paraId="56C34AC9" w14:textId="77777777" w:rsidR="002374FD" w:rsidRPr="00A06BED" w:rsidRDefault="00000000" w:rsidP="000E42E3">
            <w:pPr>
              <w:spacing w:after="40"/>
              <w:jc w:val="center"/>
            </w:pPr>
            <w:r w:rsidRPr="00A06BED">
              <w:rPr>
                <w:b/>
                <w:sz w:val="20"/>
              </w:rPr>
              <w:t>Nilai</w:t>
            </w:r>
          </w:p>
        </w:tc>
        <w:tc>
          <w:tcPr>
            <w:tcW w:w="2280" w:type="dxa"/>
            <w:shd w:val="clear" w:color="auto" w:fill="D9EAF7"/>
            <w:vAlign w:val="center"/>
          </w:tcPr>
          <w:p w14:paraId="1D18D65E" w14:textId="77777777" w:rsidR="002374FD" w:rsidRPr="00A06BED" w:rsidRDefault="00000000" w:rsidP="000E42E3">
            <w:pPr>
              <w:spacing w:after="40"/>
              <w:jc w:val="center"/>
            </w:pPr>
            <w:r w:rsidRPr="00A06BED">
              <w:rPr>
                <w:b/>
                <w:sz w:val="20"/>
              </w:rPr>
              <w:t>Biner Permission</w:t>
            </w:r>
          </w:p>
        </w:tc>
        <w:tc>
          <w:tcPr>
            <w:tcW w:w="2280" w:type="dxa"/>
            <w:shd w:val="clear" w:color="auto" w:fill="D9EAF7"/>
            <w:vAlign w:val="center"/>
          </w:tcPr>
          <w:p w14:paraId="5CE4835A" w14:textId="77777777" w:rsidR="002374FD" w:rsidRPr="00A06BED" w:rsidRDefault="00000000" w:rsidP="000E42E3">
            <w:pPr>
              <w:spacing w:after="40"/>
              <w:jc w:val="center"/>
            </w:pPr>
            <w:r w:rsidRPr="00A06BED">
              <w:rPr>
                <w:b/>
                <w:sz w:val="20"/>
              </w:rPr>
              <w:t>Simbol</w:t>
            </w:r>
          </w:p>
        </w:tc>
        <w:tc>
          <w:tcPr>
            <w:tcW w:w="2280" w:type="dxa"/>
            <w:shd w:val="clear" w:color="auto" w:fill="D9EAF7"/>
            <w:vAlign w:val="center"/>
          </w:tcPr>
          <w:p w14:paraId="458FFE2B" w14:textId="77777777" w:rsidR="002374FD" w:rsidRPr="00A06BED" w:rsidRDefault="00000000" w:rsidP="000E42E3">
            <w:pPr>
              <w:spacing w:after="40"/>
              <w:jc w:val="center"/>
            </w:pPr>
            <w:r w:rsidRPr="00A06BED">
              <w:rPr>
                <w:b/>
                <w:sz w:val="20"/>
              </w:rPr>
              <w:t>Interpretasi</w:t>
            </w:r>
          </w:p>
        </w:tc>
      </w:tr>
      <w:tr w:rsidR="002374FD" w:rsidRPr="00A06BED" w14:paraId="380C2CEA" w14:textId="77777777">
        <w:trPr>
          <w:jc w:val="center"/>
        </w:trPr>
        <w:tc>
          <w:tcPr>
            <w:tcW w:w="2280" w:type="dxa"/>
            <w:vAlign w:val="center"/>
          </w:tcPr>
          <w:p w14:paraId="3D7B062B" w14:textId="77777777" w:rsidR="002374FD" w:rsidRPr="00A06BED" w:rsidRDefault="00000000" w:rsidP="000E42E3">
            <w:pPr>
              <w:spacing w:after="40"/>
              <w:jc w:val="center"/>
            </w:pPr>
            <w:r w:rsidRPr="00A06BED">
              <w:rPr>
                <w:sz w:val="20"/>
              </w:rPr>
              <w:t>0</w:t>
            </w:r>
          </w:p>
        </w:tc>
        <w:tc>
          <w:tcPr>
            <w:tcW w:w="2280" w:type="dxa"/>
            <w:vAlign w:val="center"/>
          </w:tcPr>
          <w:p w14:paraId="33A8744B" w14:textId="77777777" w:rsidR="002374FD" w:rsidRPr="00A06BED" w:rsidRDefault="00000000" w:rsidP="000E42E3">
            <w:pPr>
              <w:spacing w:after="40"/>
              <w:jc w:val="center"/>
            </w:pPr>
            <w:r w:rsidRPr="00A06BED">
              <w:rPr>
                <w:sz w:val="20"/>
              </w:rPr>
              <w:t>000</w:t>
            </w:r>
          </w:p>
        </w:tc>
        <w:tc>
          <w:tcPr>
            <w:tcW w:w="2280" w:type="dxa"/>
            <w:vAlign w:val="center"/>
          </w:tcPr>
          <w:p w14:paraId="60821E76" w14:textId="77777777" w:rsidR="002374FD" w:rsidRPr="00A06BED" w:rsidRDefault="00000000" w:rsidP="000E42E3">
            <w:pPr>
              <w:spacing w:after="40"/>
              <w:jc w:val="center"/>
            </w:pPr>
            <w:r w:rsidRPr="00A06BED">
              <w:rPr>
                <w:sz w:val="20"/>
              </w:rPr>
              <w:t>---</w:t>
            </w:r>
          </w:p>
        </w:tc>
        <w:tc>
          <w:tcPr>
            <w:tcW w:w="2280" w:type="dxa"/>
            <w:vAlign w:val="center"/>
          </w:tcPr>
          <w:p w14:paraId="7AD77E10" w14:textId="77777777" w:rsidR="002374FD" w:rsidRPr="00A06BED" w:rsidRDefault="00000000">
            <w:pPr>
              <w:spacing w:after="40"/>
            </w:pPr>
            <w:r w:rsidRPr="00A06BED">
              <w:rPr>
                <w:sz w:val="20"/>
              </w:rPr>
              <w:t>Tidak ada akses</w:t>
            </w:r>
          </w:p>
        </w:tc>
      </w:tr>
      <w:tr w:rsidR="002374FD" w:rsidRPr="00A06BED" w14:paraId="0B179EF5" w14:textId="77777777">
        <w:trPr>
          <w:jc w:val="center"/>
        </w:trPr>
        <w:tc>
          <w:tcPr>
            <w:tcW w:w="2280" w:type="dxa"/>
            <w:vAlign w:val="center"/>
          </w:tcPr>
          <w:p w14:paraId="4623E5A6" w14:textId="77777777" w:rsidR="002374FD" w:rsidRPr="00A06BED" w:rsidRDefault="00000000" w:rsidP="000E42E3">
            <w:pPr>
              <w:spacing w:after="40"/>
              <w:jc w:val="center"/>
            </w:pPr>
            <w:r w:rsidRPr="00A06BED">
              <w:rPr>
                <w:sz w:val="20"/>
              </w:rPr>
              <w:t>1</w:t>
            </w:r>
          </w:p>
        </w:tc>
        <w:tc>
          <w:tcPr>
            <w:tcW w:w="2280" w:type="dxa"/>
            <w:vAlign w:val="center"/>
          </w:tcPr>
          <w:p w14:paraId="6A2DE692" w14:textId="77777777" w:rsidR="002374FD" w:rsidRPr="00A06BED" w:rsidRDefault="00000000" w:rsidP="000E42E3">
            <w:pPr>
              <w:spacing w:after="40"/>
              <w:jc w:val="center"/>
            </w:pPr>
            <w:r w:rsidRPr="00A06BED">
              <w:rPr>
                <w:sz w:val="20"/>
              </w:rPr>
              <w:t>001</w:t>
            </w:r>
          </w:p>
        </w:tc>
        <w:tc>
          <w:tcPr>
            <w:tcW w:w="2280" w:type="dxa"/>
            <w:vAlign w:val="center"/>
          </w:tcPr>
          <w:p w14:paraId="7DF36400" w14:textId="77777777" w:rsidR="002374FD" w:rsidRPr="00A06BED" w:rsidRDefault="00000000" w:rsidP="000E42E3">
            <w:pPr>
              <w:spacing w:after="40"/>
              <w:jc w:val="center"/>
            </w:pPr>
            <w:r w:rsidRPr="00A06BED">
              <w:rPr>
                <w:sz w:val="20"/>
              </w:rPr>
              <w:t>--x</w:t>
            </w:r>
          </w:p>
        </w:tc>
        <w:tc>
          <w:tcPr>
            <w:tcW w:w="2280" w:type="dxa"/>
            <w:vAlign w:val="center"/>
          </w:tcPr>
          <w:p w14:paraId="7D504297" w14:textId="77777777" w:rsidR="002374FD" w:rsidRPr="00A06BED" w:rsidRDefault="00000000">
            <w:pPr>
              <w:spacing w:after="40"/>
            </w:pPr>
            <w:r w:rsidRPr="00A06BED">
              <w:rPr>
                <w:sz w:val="20"/>
              </w:rPr>
              <w:t>Execute</w:t>
            </w:r>
          </w:p>
        </w:tc>
      </w:tr>
      <w:tr w:rsidR="002374FD" w:rsidRPr="00A06BED" w14:paraId="66ADF465" w14:textId="77777777">
        <w:trPr>
          <w:jc w:val="center"/>
        </w:trPr>
        <w:tc>
          <w:tcPr>
            <w:tcW w:w="2280" w:type="dxa"/>
            <w:vAlign w:val="center"/>
          </w:tcPr>
          <w:p w14:paraId="2439D979" w14:textId="77777777" w:rsidR="002374FD" w:rsidRPr="00A06BED" w:rsidRDefault="00000000" w:rsidP="000E42E3">
            <w:pPr>
              <w:spacing w:after="40"/>
              <w:jc w:val="center"/>
            </w:pPr>
            <w:r w:rsidRPr="00A06BED">
              <w:rPr>
                <w:sz w:val="20"/>
              </w:rPr>
              <w:t>2</w:t>
            </w:r>
          </w:p>
        </w:tc>
        <w:tc>
          <w:tcPr>
            <w:tcW w:w="2280" w:type="dxa"/>
            <w:vAlign w:val="center"/>
          </w:tcPr>
          <w:p w14:paraId="5A58C0D6" w14:textId="77777777" w:rsidR="002374FD" w:rsidRPr="00A06BED" w:rsidRDefault="00000000" w:rsidP="000E42E3">
            <w:pPr>
              <w:spacing w:after="40"/>
              <w:jc w:val="center"/>
            </w:pPr>
            <w:r w:rsidRPr="00A06BED">
              <w:rPr>
                <w:sz w:val="20"/>
              </w:rPr>
              <w:t>010</w:t>
            </w:r>
          </w:p>
        </w:tc>
        <w:tc>
          <w:tcPr>
            <w:tcW w:w="2280" w:type="dxa"/>
            <w:vAlign w:val="center"/>
          </w:tcPr>
          <w:p w14:paraId="19EAAF55" w14:textId="77777777" w:rsidR="002374FD" w:rsidRPr="00A06BED" w:rsidRDefault="00000000" w:rsidP="000E42E3">
            <w:pPr>
              <w:spacing w:after="40"/>
              <w:jc w:val="center"/>
            </w:pPr>
            <w:r w:rsidRPr="00A06BED">
              <w:rPr>
                <w:sz w:val="20"/>
              </w:rPr>
              <w:t>-w-</w:t>
            </w:r>
          </w:p>
        </w:tc>
        <w:tc>
          <w:tcPr>
            <w:tcW w:w="2280" w:type="dxa"/>
            <w:vAlign w:val="center"/>
          </w:tcPr>
          <w:p w14:paraId="5B54FE55" w14:textId="77777777" w:rsidR="002374FD" w:rsidRPr="00A06BED" w:rsidRDefault="00000000">
            <w:pPr>
              <w:spacing w:after="40"/>
            </w:pPr>
            <w:r w:rsidRPr="00A06BED">
              <w:rPr>
                <w:sz w:val="20"/>
              </w:rPr>
              <w:t>Write</w:t>
            </w:r>
          </w:p>
        </w:tc>
      </w:tr>
      <w:tr w:rsidR="002374FD" w:rsidRPr="00A06BED" w14:paraId="35B301C9" w14:textId="77777777">
        <w:trPr>
          <w:jc w:val="center"/>
        </w:trPr>
        <w:tc>
          <w:tcPr>
            <w:tcW w:w="2280" w:type="dxa"/>
            <w:vAlign w:val="center"/>
          </w:tcPr>
          <w:p w14:paraId="3A85A7A6" w14:textId="77777777" w:rsidR="002374FD" w:rsidRPr="00A06BED" w:rsidRDefault="00000000" w:rsidP="000E42E3">
            <w:pPr>
              <w:spacing w:after="40"/>
              <w:jc w:val="center"/>
            </w:pPr>
            <w:r w:rsidRPr="00A06BED">
              <w:rPr>
                <w:sz w:val="20"/>
              </w:rPr>
              <w:t>3</w:t>
            </w:r>
          </w:p>
        </w:tc>
        <w:tc>
          <w:tcPr>
            <w:tcW w:w="2280" w:type="dxa"/>
            <w:vAlign w:val="center"/>
          </w:tcPr>
          <w:p w14:paraId="347D66CB" w14:textId="77777777" w:rsidR="002374FD" w:rsidRPr="00A06BED" w:rsidRDefault="00000000" w:rsidP="000E42E3">
            <w:pPr>
              <w:spacing w:after="40"/>
              <w:jc w:val="center"/>
            </w:pPr>
            <w:r w:rsidRPr="00A06BED">
              <w:rPr>
                <w:sz w:val="20"/>
              </w:rPr>
              <w:t>011</w:t>
            </w:r>
          </w:p>
        </w:tc>
        <w:tc>
          <w:tcPr>
            <w:tcW w:w="2280" w:type="dxa"/>
            <w:vAlign w:val="center"/>
          </w:tcPr>
          <w:p w14:paraId="49DD4B45" w14:textId="77777777" w:rsidR="002374FD" w:rsidRPr="00A06BED" w:rsidRDefault="00000000" w:rsidP="000E42E3">
            <w:pPr>
              <w:spacing w:after="40"/>
              <w:jc w:val="center"/>
            </w:pPr>
            <w:r w:rsidRPr="00A06BED">
              <w:rPr>
                <w:sz w:val="20"/>
              </w:rPr>
              <w:t>-wx</w:t>
            </w:r>
          </w:p>
        </w:tc>
        <w:tc>
          <w:tcPr>
            <w:tcW w:w="2280" w:type="dxa"/>
            <w:vAlign w:val="center"/>
          </w:tcPr>
          <w:p w14:paraId="499D6185" w14:textId="77777777" w:rsidR="002374FD" w:rsidRPr="00A06BED" w:rsidRDefault="00000000">
            <w:pPr>
              <w:spacing w:after="40"/>
            </w:pPr>
            <w:r w:rsidRPr="00A06BED">
              <w:rPr>
                <w:sz w:val="20"/>
              </w:rPr>
              <w:t>Write + execute</w:t>
            </w:r>
          </w:p>
        </w:tc>
      </w:tr>
      <w:tr w:rsidR="002374FD" w:rsidRPr="00A06BED" w14:paraId="7B17583E" w14:textId="77777777">
        <w:trPr>
          <w:jc w:val="center"/>
        </w:trPr>
        <w:tc>
          <w:tcPr>
            <w:tcW w:w="2280" w:type="dxa"/>
            <w:vAlign w:val="center"/>
          </w:tcPr>
          <w:p w14:paraId="2F584706" w14:textId="77777777" w:rsidR="002374FD" w:rsidRPr="00A06BED" w:rsidRDefault="00000000" w:rsidP="000E42E3">
            <w:pPr>
              <w:spacing w:after="40"/>
              <w:jc w:val="center"/>
            </w:pPr>
            <w:r w:rsidRPr="00A06BED">
              <w:rPr>
                <w:sz w:val="20"/>
              </w:rPr>
              <w:t>4</w:t>
            </w:r>
          </w:p>
        </w:tc>
        <w:tc>
          <w:tcPr>
            <w:tcW w:w="2280" w:type="dxa"/>
            <w:vAlign w:val="center"/>
          </w:tcPr>
          <w:p w14:paraId="68A98433" w14:textId="77777777" w:rsidR="002374FD" w:rsidRPr="00A06BED" w:rsidRDefault="00000000" w:rsidP="000E42E3">
            <w:pPr>
              <w:spacing w:after="40"/>
              <w:jc w:val="center"/>
            </w:pPr>
            <w:r w:rsidRPr="00A06BED">
              <w:rPr>
                <w:sz w:val="20"/>
              </w:rPr>
              <w:t>100</w:t>
            </w:r>
          </w:p>
        </w:tc>
        <w:tc>
          <w:tcPr>
            <w:tcW w:w="2280" w:type="dxa"/>
            <w:vAlign w:val="center"/>
          </w:tcPr>
          <w:p w14:paraId="4A417C42" w14:textId="77777777" w:rsidR="002374FD" w:rsidRPr="00A06BED" w:rsidRDefault="00000000" w:rsidP="000E42E3">
            <w:pPr>
              <w:spacing w:after="40"/>
              <w:jc w:val="center"/>
            </w:pPr>
            <w:r w:rsidRPr="00A06BED">
              <w:rPr>
                <w:sz w:val="20"/>
              </w:rPr>
              <w:t>r--</w:t>
            </w:r>
          </w:p>
        </w:tc>
        <w:tc>
          <w:tcPr>
            <w:tcW w:w="2280" w:type="dxa"/>
            <w:vAlign w:val="center"/>
          </w:tcPr>
          <w:p w14:paraId="4D48C0C0" w14:textId="77777777" w:rsidR="002374FD" w:rsidRPr="00A06BED" w:rsidRDefault="00000000">
            <w:pPr>
              <w:spacing w:after="40"/>
            </w:pPr>
            <w:r w:rsidRPr="00A06BED">
              <w:rPr>
                <w:sz w:val="20"/>
              </w:rPr>
              <w:t>Read</w:t>
            </w:r>
          </w:p>
        </w:tc>
      </w:tr>
      <w:tr w:rsidR="002374FD" w:rsidRPr="00A06BED" w14:paraId="14AEBAF8" w14:textId="77777777">
        <w:trPr>
          <w:jc w:val="center"/>
        </w:trPr>
        <w:tc>
          <w:tcPr>
            <w:tcW w:w="2280" w:type="dxa"/>
            <w:vAlign w:val="center"/>
          </w:tcPr>
          <w:p w14:paraId="49A14233" w14:textId="77777777" w:rsidR="002374FD" w:rsidRPr="00A06BED" w:rsidRDefault="00000000" w:rsidP="000E42E3">
            <w:pPr>
              <w:spacing w:after="40"/>
              <w:jc w:val="center"/>
            </w:pPr>
            <w:r w:rsidRPr="00A06BED">
              <w:rPr>
                <w:sz w:val="20"/>
              </w:rPr>
              <w:t>5</w:t>
            </w:r>
          </w:p>
        </w:tc>
        <w:tc>
          <w:tcPr>
            <w:tcW w:w="2280" w:type="dxa"/>
            <w:vAlign w:val="center"/>
          </w:tcPr>
          <w:p w14:paraId="4A758C26" w14:textId="77777777" w:rsidR="002374FD" w:rsidRPr="00A06BED" w:rsidRDefault="00000000" w:rsidP="000E42E3">
            <w:pPr>
              <w:spacing w:after="40"/>
              <w:jc w:val="center"/>
            </w:pPr>
            <w:r w:rsidRPr="00A06BED">
              <w:rPr>
                <w:sz w:val="20"/>
              </w:rPr>
              <w:t>101</w:t>
            </w:r>
          </w:p>
        </w:tc>
        <w:tc>
          <w:tcPr>
            <w:tcW w:w="2280" w:type="dxa"/>
            <w:vAlign w:val="center"/>
          </w:tcPr>
          <w:p w14:paraId="1A8E5DAE" w14:textId="77777777" w:rsidR="002374FD" w:rsidRPr="00A06BED" w:rsidRDefault="00000000" w:rsidP="000E42E3">
            <w:pPr>
              <w:spacing w:after="40"/>
              <w:jc w:val="center"/>
            </w:pPr>
            <w:r w:rsidRPr="00A06BED">
              <w:rPr>
                <w:sz w:val="20"/>
              </w:rPr>
              <w:t>r-x</w:t>
            </w:r>
          </w:p>
        </w:tc>
        <w:tc>
          <w:tcPr>
            <w:tcW w:w="2280" w:type="dxa"/>
            <w:vAlign w:val="center"/>
          </w:tcPr>
          <w:p w14:paraId="62ACA7D0" w14:textId="77777777" w:rsidR="002374FD" w:rsidRPr="00A06BED" w:rsidRDefault="00000000">
            <w:pPr>
              <w:spacing w:after="40"/>
            </w:pPr>
            <w:r w:rsidRPr="00A06BED">
              <w:rPr>
                <w:sz w:val="20"/>
              </w:rPr>
              <w:t>Read + execute</w:t>
            </w:r>
          </w:p>
        </w:tc>
      </w:tr>
      <w:tr w:rsidR="002374FD" w:rsidRPr="00A06BED" w14:paraId="39F5C22B" w14:textId="77777777">
        <w:trPr>
          <w:jc w:val="center"/>
        </w:trPr>
        <w:tc>
          <w:tcPr>
            <w:tcW w:w="2280" w:type="dxa"/>
            <w:vAlign w:val="center"/>
          </w:tcPr>
          <w:p w14:paraId="0E477EDC" w14:textId="77777777" w:rsidR="002374FD" w:rsidRPr="00A06BED" w:rsidRDefault="00000000" w:rsidP="000E42E3">
            <w:pPr>
              <w:spacing w:after="40"/>
              <w:jc w:val="center"/>
            </w:pPr>
            <w:r w:rsidRPr="00A06BED">
              <w:rPr>
                <w:sz w:val="20"/>
              </w:rPr>
              <w:t>6</w:t>
            </w:r>
          </w:p>
        </w:tc>
        <w:tc>
          <w:tcPr>
            <w:tcW w:w="2280" w:type="dxa"/>
            <w:vAlign w:val="center"/>
          </w:tcPr>
          <w:p w14:paraId="67DA6B54" w14:textId="77777777" w:rsidR="002374FD" w:rsidRPr="00A06BED" w:rsidRDefault="00000000" w:rsidP="000E42E3">
            <w:pPr>
              <w:spacing w:after="40"/>
              <w:jc w:val="center"/>
            </w:pPr>
            <w:r w:rsidRPr="00A06BED">
              <w:rPr>
                <w:sz w:val="20"/>
              </w:rPr>
              <w:t>110</w:t>
            </w:r>
          </w:p>
        </w:tc>
        <w:tc>
          <w:tcPr>
            <w:tcW w:w="2280" w:type="dxa"/>
            <w:vAlign w:val="center"/>
          </w:tcPr>
          <w:p w14:paraId="41545234" w14:textId="77777777" w:rsidR="002374FD" w:rsidRPr="00A06BED" w:rsidRDefault="00000000" w:rsidP="000E42E3">
            <w:pPr>
              <w:spacing w:after="40"/>
              <w:jc w:val="center"/>
            </w:pPr>
            <w:r w:rsidRPr="00A06BED">
              <w:rPr>
                <w:sz w:val="20"/>
              </w:rPr>
              <w:t>rw-</w:t>
            </w:r>
          </w:p>
        </w:tc>
        <w:tc>
          <w:tcPr>
            <w:tcW w:w="2280" w:type="dxa"/>
            <w:vAlign w:val="center"/>
          </w:tcPr>
          <w:p w14:paraId="5AE262D1" w14:textId="77777777" w:rsidR="002374FD" w:rsidRPr="00A06BED" w:rsidRDefault="00000000">
            <w:pPr>
              <w:spacing w:after="40"/>
            </w:pPr>
            <w:r w:rsidRPr="00A06BED">
              <w:rPr>
                <w:sz w:val="20"/>
              </w:rPr>
              <w:t>Read + write</w:t>
            </w:r>
          </w:p>
        </w:tc>
      </w:tr>
      <w:tr w:rsidR="002374FD" w:rsidRPr="00A06BED" w14:paraId="1F2B6FF3" w14:textId="77777777">
        <w:trPr>
          <w:jc w:val="center"/>
        </w:trPr>
        <w:tc>
          <w:tcPr>
            <w:tcW w:w="2280" w:type="dxa"/>
            <w:vAlign w:val="center"/>
          </w:tcPr>
          <w:p w14:paraId="2426C816" w14:textId="77777777" w:rsidR="002374FD" w:rsidRPr="00A06BED" w:rsidRDefault="00000000" w:rsidP="000E42E3">
            <w:pPr>
              <w:spacing w:after="40"/>
              <w:jc w:val="center"/>
            </w:pPr>
            <w:r w:rsidRPr="00A06BED">
              <w:rPr>
                <w:sz w:val="20"/>
              </w:rPr>
              <w:t>7</w:t>
            </w:r>
          </w:p>
        </w:tc>
        <w:tc>
          <w:tcPr>
            <w:tcW w:w="2280" w:type="dxa"/>
            <w:vAlign w:val="center"/>
          </w:tcPr>
          <w:p w14:paraId="7ED6AD02" w14:textId="77777777" w:rsidR="002374FD" w:rsidRPr="00A06BED" w:rsidRDefault="00000000" w:rsidP="000E42E3">
            <w:pPr>
              <w:spacing w:after="40"/>
              <w:jc w:val="center"/>
            </w:pPr>
            <w:r w:rsidRPr="00A06BED">
              <w:rPr>
                <w:sz w:val="20"/>
              </w:rPr>
              <w:t>111</w:t>
            </w:r>
          </w:p>
        </w:tc>
        <w:tc>
          <w:tcPr>
            <w:tcW w:w="2280" w:type="dxa"/>
            <w:vAlign w:val="center"/>
          </w:tcPr>
          <w:p w14:paraId="0CB82EB3" w14:textId="77777777" w:rsidR="002374FD" w:rsidRPr="00A06BED" w:rsidRDefault="00000000" w:rsidP="000E42E3">
            <w:pPr>
              <w:spacing w:after="40"/>
              <w:jc w:val="center"/>
            </w:pPr>
            <w:r w:rsidRPr="00A06BED">
              <w:rPr>
                <w:sz w:val="20"/>
              </w:rPr>
              <w:t>rwx</w:t>
            </w:r>
          </w:p>
        </w:tc>
        <w:tc>
          <w:tcPr>
            <w:tcW w:w="2280" w:type="dxa"/>
            <w:vAlign w:val="center"/>
          </w:tcPr>
          <w:p w14:paraId="10E43E01" w14:textId="77777777" w:rsidR="002374FD" w:rsidRPr="00A06BED" w:rsidRDefault="00000000">
            <w:pPr>
              <w:spacing w:after="40"/>
            </w:pPr>
            <w:r w:rsidRPr="00A06BED">
              <w:rPr>
                <w:sz w:val="20"/>
              </w:rPr>
              <w:t>Read + write + execute</w:t>
            </w:r>
          </w:p>
        </w:tc>
      </w:tr>
    </w:tbl>
    <w:p w14:paraId="607290F8" w14:textId="77777777" w:rsidR="002374FD" w:rsidRPr="00A06BED" w:rsidRDefault="00000000">
      <w:pPr>
        <w:spacing w:after="100"/>
      </w:pPr>
      <w:r w:rsidRPr="00A06BED">
        <w:t>Contoh perhitungan: chmod 750 aplikasi.sh berarti owner=7 (rwx), group=5 (r-x), others=0 (---).</w:t>
      </w:r>
    </w:p>
    <w:p w14:paraId="2630762D" w14:textId="77777777" w:rsidR="002374FD" w:rsidRPr="00A06BED" w:rsidRDefault="00000000">
      <w:pPr>
        <w:spacing w:after="100"/>
      </w:pPr>
      <w:r w:rsidRPr="00A06BED">
        <w:rPr>
          <w:rFonts w:ascii="Courier New" w:hAnsi="Courier New"/>
          <w:b/>
        </w:rPr>
        <w:lastRenderedPageBreak/>
        <w:t>chmod 644 laporan.txt</w:t>
      </w:r>
      <w:r w:rsidRPr="00A06BED">
        <w:t xml:space="preserve"> — Owner dapat membaca/menulis; group dan others hanya membaca. Umum untuk file teks nonrahasia.</w:t>
      </w:r>
    </w:p>
    <w:p w14:paraId="2C326E65" w14:textId="77777777" w:rsidR="002374FD" w:rsidRPr="00A06BED" w:rsidRDefault="00000000">
      <w:pPr>
        <w:spacing w:after="100"/>
      </w:pPr>
      <w:r w:rsidRPr="00A06BED">
        <w:rPr>
          <w:rFonts w:ascii="Courier New" w:hAnsi="Courier New"/>
          <w:b/>
        </w:rPr>
        <w:t>chmod 600 rahasia.txt</w:t>
      </w:r>
      <w:r w:rsidRPr="00A06BED">
        <w:t xml:space="preserve"> — Hanya owner yang dapat membaca dan menulis. Cocok untuk file sensitif seperti private key tertentu.</w:t>
      </w:r>
    </w:p>
    <w:p w14:paraId="25C1EE90" w14:textId="77777777" w:rsidR="002374FD" w:rsidRPr="00A06BED" w:rsidRDefault="00000000">
      <w:pPr>
        <w:spacing w:after="100"/>
      </w:pPr>
      <w:r w:rsidRPr="00A06BED">
        <w:rPr>
          <w:rFonts w:ascii="Courier New" w:hAnsi="Courier New"/>
          <w:b/>
        </w:rPr>
        <w:t>chmod 755 /var/www/html</w:t>
      </w:r>
      <w:r w:rsidRPr="00A06BED">
        <w:t xml:space="preserve"> — Owner rwx; group dan others r-x. Pola umum untuk direktori konten web, namun tetap harus disesuaikan dengan arsitektur aplikasi.</w:t>
      </w:r>
    </w:p>
    <w:p w14:paraId="1BE9C3EF" w14:textId="77777777" w:rsidR="002374FD" w:rsidRPr="00A06BED" w:rsidRDefault="00000000">
      <w:pPr>
        <w:spacing w:after="100"/>
      </w:pPr>
      <w:r w:rsidRPr="00A06BED">
        <w:rPr>
          <w:rFonts w:ascii="Courier New" w:hAnsi="Courier New"/>
          <w:b/>
        </w:rPr>
        <w:t>chmod 700 backup.sh</w:t>
      </w:r>
      <w:r w:rsidRPr="00A06BED">
        <w:t xml:space="preserve"> — Hanya owner yang memiliki rwx; pihak lain tidak memiliki akses.</w:t>
      </w:r>
    </w:p>
    <w:p w14:paraId="720E7572" w14:textId="77777777" w:rsidR="002374FD" w:rsidRPr="00A06BED" w:rsidRDefault="00000000">
      <w:pPr>
        <w:spacing w:after="100"/>
      </w:pPr>
      <w:r w:rsidRPr="00A06BED">
        <w:rPr>
          <w:rFonts w:ascii="Courier New" w:hAnsi="Courier New"/>
          <w:b/>
        </w:rPr>
        <w:t>chmod 640 konfigurasi.conf</w:t>
      </w:r>
      <w:r w:rsidRPr="00A06BED">
        <w:t xml:space="preserve"> — Owner rw, group read, others tidak memiliki akses.</w:t>
      </w:r>
    </w:p>
    <w:p w14:paraId="2FBC9D83" w14:textId="77777777" w:rsidR="002374FD" w:rsidRPr="00A06BED" w:rsidRDefault="00000000">
      <w:pPr>
        <w:pStyle w:val="Heading2"/>
        <w:spacing w:after="100"/>
        <w:rPr>
          <w:color w:val="auto"/>
        </w:rPr>
      </w:pPr>
      <w:r w:rsidRPr="00A06BED">
        <w:rPr>
          <w:color w:val="auto"/>
        </w:rPr>
        <w:t>3.4 chmod Rekursif</w:t>
      </w:r>
    </w:p>
    <w:p w14:paraId="71F3713F" w14:textId="77777777" w:rsidR="002374FD" w:rsidRPr="00A06BED" w:rsidRDefault="00000000">
      <w:pPr>
        <w:spacing w:after="100"/>
      </w:pPr>
      <w:r w:rsidRPr="00A06BED">
        <w:t>Opsi -R menerapkan perubahan secara rekursif ke direktori dan seluruh objek di bawahnya.</w:t>
      </w:r>
    </w:p>
    <w:p w14:paraId="234C62BE" w14:textId="77777777" w:rsidR="002374FD" w:rsidRPr="00A06BED" w:rsidRDefault="00000000">
      <w:pPr>
        <w:spacing w:after="100"/>
      </w:pPr>
      <w:r w:rsidRPr="00A06BED">
        <w:rPr>
          <w:rFonts w:ascii="Courier New" w:hAnsi="Courier New"/>
          <w:b/>
        </w:rPr>
        <w:t>chmod -R 750 /srv/aplikasi</w:t>
      </w:r>
    </w:p>
    <w:p w14:paraId="4474D962" w14:textId="77777777" w:rsidR="002374FD" w:rsidRPr="00A06BED" w:rsidRDefault="00000000">
      <w:pPr>
        <w:spacing w:after="100"/>
      </w:pPr>
      <w:r w:rsidRPr="00A06BED">
        <w:t>Penggunaan rekursif harus dilakukan secara hati-hati karena dapat mengubah permission ribuan file sekaligus. File dan direktori sering membutuhkan permission yang berbeda; karena itu perintah find lebih presisi untuk skenario produksi.</w:t>
      </w:r>
    </w:p>
    <w:p w14:paraId="51C44D95" w14:textId="77777777" w:rsidR="002374FD" w:rsidRPr="00A06BED" w:rsidRDefault="00000000">
      <w:pPr>
        <w:spacing w:after="100"/>
      </w:pPr>
      <w:r w:rsidRPr="00A06BED">
        <w:rPr>
          <w:rFonts w:ascii="Courier New" w:hAnsi="Courier New"/>
          <w:sz w:val="19"/>
        </w:rPr>
        <w:t>find /var/www/html -type d -exec chmod 755 {} \;</w:t>
      </w:r>
    </w:p>
    <w:p w14:paraId="72E123D1" w14:textId="77777777" w:rsidR="002374FD" w:rsidRPr="00A06BED" w:rsidRDefault="00000000">
      <w:pPr>
        <w:spacing w:after="100"/>
      </w:pPr>
      <w:r w:rsidRPr="00A06BED">
        <w:rPr>
          <w:rFonts w:ascii="Courier New" w:hAnsi="Courier New"/>
          <w:sz w:val="19"/>
        </w:rPr>
        <w:t>find /var/www/html -type f -exec chmod 644 {} \;</w:t>
      </w:r>
    </w:p>
    <w:p w14:paraId="42280F33" w14:textId="77777777" w:rsidR="002374FD" w:rsidRPr="00A06BED" w:rsidRDefault="00000000">
      <w:pPr>
        <w:spacing w:after="100"/>
      </w:pPr>
      <w:r w:rsidRPr="00A06BED">
        <w:t>Dua perintah tersebut menetapkan 755 hanya pada direktori dan 644 hanya pada file.</w:t>
      </w:r>
    </w:p>
    <w:p w14:paraId="15DBDE30" w14:textId="77777777" w:rsidR="002374FD" w:rsidRPr="00A06BED" w:rsidRDefault="00000000">
      <w:pPr>
        <w:pStyle w:val="Heading1"/>
        <w:spacing w:after="100"/>
        <w:rPr>
          <w:color w:val="auto"/>
        </w:rPr>
      </w:pPr>
      <w:r w:rsidRPr="00A06BED">
        <w:rPr>
          <w:color w:val="auto"/>
        </w:rPr>
        <w:t>4. Perintah chown</w:t>
      </w:r>
    </w:p>
    <w:p w14:paraId="2EE795EE" w14:textId="77777777" w:rsidR="002374FD" w:rsidRPr="00A06BED" w:rsidRDefault="00000000">
      <w:pPr>
        <w:spacing w:after="100"/>
      </w:pPr>
      <w:r w:rsidRPr="00A06BED">
        <w:t>chown merupakan singkatan dari change owner. Perintah ini mengubah pemilik user dan, bila ditentukan, grup suatu file atau direktori. Umumnya perubahan kepemilikan memerlukan hak root atau kapabilitas administratif yang sesuai.</w:t>
      </w:r>
    </w:p>
    <w:p w14:paraId="056F91AC" w14:textId="77777777" w:rsidR="002374FD" w:rsidRPr="00A06BED" w:rsidRDefault="00000000">
      <w:pPr>
        <w:pStyle w:val="Heading2"/>
        <w:spacing w:after="100"/>
        <w:rPr>
          <w:color w:val="auto"/>
        </w:rPr>
      </w:pPr>
      <w:r w:rsidRPr="00A06BED">
        <w:rPr>
          <w:color w:val="auto"/>
        </w:rPr>
        <w:t>4.1 Sintaks Dasar</w:t>
      </w:r>
    </w:p>
    <w:p w14:paraId="24342E88" w14:textId="77777777" w:rsidR="002374FD" w:rsidRPr="00A06BED" w:rsidRDefault="00000000">
      <w:pPr>
        <w:spacing w:after="100"/>
      </w:pPr>
      <w:r w:rsidRPr="00A06BED">
        <w:rPr>
          <w:rFonts w:ascii="Courier New" w:hAnsi="Courier New"/>
        </w:rPr>
        <w:t>chown USER FILE</w:t>
      </w:r>
    </w:p>
    <w:p w14:paraId="00E9CFFB" w14:textId="77777777" w:rsidR="002374FD" w:rsidRPr="00A06BED" w:rsidRDefault="00000000">
      <w:pPr>
        <w:spacing w:after="100"/>
      </w:pPr>
      <w:r w:rsidRPr="00A06BED">
        <w:rPr>
          <w:rFonts w:ascii="Courier New" w:hAnsi="Courier New"/>
        </w:rPr>
        <w:t>chown USER:GROUP FILE</w:t>
      </w:r>
    </w:p>
    <w:p w14:paraId="24DC88FB" w14:textId="77777777" w:rsidR="002374FD" w:rsidRPr="00A06BED" w:rsidRDefault="00000000">
      <w:pPr>
        <w:spacing w:after="100"/>
      </w:pPr>
      <w:r w:rsidRPr="00A06BED">
        <w:rPr>
          <w:rFonts w:ascii="Courier New" w:hAnsi="Courier New"/>
        </w:rPr>
        <w:t>chown :GROUP FILE</w:t>
      </w:r>
    </w:p>
    <w:p w14:paraId="3B7FD2E3" w14:textId="77777777" w:rsidR="002374FD" w:rsidRPr="00A06BED" w:rsidRDefault="00000000">
      <w:pPr>
        <w:spacing w:after="100"/>
      </w:pPr>
      <w:r w:rsidRPr="00A06BED">
        <w:rPr>
          <w:rFonts w:ascii="Courier New" w:hAnsi="Courier New"/>
        </w:rPr>
        <w:t>chown -R USER:GROUP DIRECTORY</w:t>
      </w:r>
    </w:p>
    <w:p w14:paraId="31CA1B4E" w14:textId="77777777" w:rsidR="002374FD" w:rsidRPr="00A06BED" w:rsidRDefault="00000000">
      <w:pPr>
        <w:pStyle w:val="Heading2"/>
        <w:spacing w:after="100"/>
        <w:rPr>
          <w:color w:val="auto"/>
        </w:rPr>
      </w:pPr>
      <w:r w:rsidRPr="00A06BED">
        <w:rPr>
          <w:color w:val="auto"/>
        </w:rPr>
        <w:t>4.2 Contoh Penggunaan chown</w:t>
      </w:r>
    </w:p>
    <w:p w14:paraId="31865069" w14:textId="77777777" w:rsidR="002374FD" w:rsidRPr="00A06BED" w:rsidRDefault="00000000">
      <w:pPr>
        <w:spacing w:after="100"/>
      </w:pPr>
      <w:r w:rsidRPr="00A06BED">
        <w:rPr>
          <w:b/>
        </w:rPr>
        <w:t xml:space="preserve">Mengubah owner file: </w:t>
      </w:r>
      <w:r w:rsidRPr="00A06BED">
        <w:rPr>
          <w:rFonts w:ascii="Courier New" w:hAnsi="Courier New"/>
          <w:sz w:val="19"/>
        </w:rPr>
        <w:t>sudo chown alice laporan.txt</w:t>
      </w:r>
      <w:r w:rsidRPr="00A06BED">
        <w:t>. Pemilik laporan.txt menjadi user alice.</w:t>
      </w:r>
    </w:p>
    <w:p w14:paraId="08C79428" w14:textId="77777777" w:rsidR="002374FD" w:rsidRPr="00A06BED" w:rsidRDefault="00000000">
      <w:pPr>
        <w:spacing w:after="100"/>
      </w:pPr>
      <w:r w:rsidRPr="00A06BED">
        <w:rPr>
          <w:b/>
        </w:rPr>
        <w:t xml:space="preserve">Mengubah owner dan group: </w:t>
      </w:r>
      <w:r w:rsidRPr="00A06BED">
        <w:rPr>
          <w:rFonts w:ascii="Courier New" w:hAnsi="Courier New"/>
          <w:sz w:val="19"/>
        </w:rPr>
        <w:t>sudo chown alice:developers aplikasi.py</w:t>
      </w:r>
      <w:r w:rsidRPr="00A06BED">
        <w:t>. Owner menjadi alice dan group menjadi developers.</w:t>
      </w:r>
    </w:p>
    <w:p w14:paraId="6B8B64FF" w14:textId="77777777" w:rsidR="002374FD" w:rsidRPr="00A06BED" w:rsidRDefault="00000000">
      <w:pPr>
        <w:spacing w:after="100"/>
      </w:pPr>
      <w:r w:rsidRPr="00A06BED">
        <w:rPr>
          <w:b/>
        </w:rPr>
        <w:t xml:space="preserve">Mengubah group tanpa mengubah owner: </w:t>
      </w:r>
      <w:r w:rsidRPr="00A06BED">
        <w:rPr>
          <w:rFonts w:ascii="Courier New" w:hAnsi="Courier New"/>
          <w:sz w:val="19"/>
        </w:rPr>
        <w:t>sudo chown :www-data index.php</w:t>
      </w:r>
      <w:r w:rsidRPr="00A06BED">
        <w:t>. Group file menjadi www-data.</w:t>
      </w:r>
    </w:p>
    <w:p w14:paraId="5DAE79C1" w14:textId="77777777" w:rsidR="002374FD" w:rsidRPr="00A06BED" w:rsidRDefault="00000000">
      <w:pPr>
        <w:spacing w:after="100"/>
      </w:pPr>
      <w:r w:rsidRPr="00A06BED">
        <w:rPr>
          <w:b/>
        </w:rPr>
        <w:lastRenderedPageBreak/>
        <w:t xml:space="preserve">Mengubah kepemilikan direktori secara rekursif: </w:t>
      </w:r>
      <w:r w:rsidRPr="00A06BED">
        <w:rPr>
          <w:rFonts w:ascii="Courier New" w:hAnsi="Courier New"/>
          <w:sz w:val="19"/>
        </w:rPr>
        <w:t>sudo chown -R www-data:www-data /var/www/example.com</w:t>
      </w:r>
      <w:r w:rsidRPr="00A06BED">
        <w:t>. Seluruh objek di bawah direktori berubah menjadi milik www-data:www-data. Gunakan hanya jika arsitektur aplikasi memang membutuhkannya.</w:t>
      </w:r>
    </w:p>
    <w:p w14:paraId="0981C958" w14:textId="77777777" w:rsidR="002374FD" w:rsidRPr="00A06BED" w:rsidRDefault="00000000">
      <w:pPr>
        <w:spacing w:after="100"/>
      </w:pPr>
      <w:r w:rsidRPr="00A06BED">
        <w:rPr>
          <w:b/>
        </w:rPr>
        <w:t xml:space="preserve">Menyalin referensi owner/group dari file lain: </w:t>
      </w:r>
      <w:r w:rsidRPr="00A06BED">
        <w:rPr>
          <w:rFonts w:ascii="Courier New" w:hAnsi="Courier New"/>
          <w:sz w:val="19"/>
        </w:rPr>
        <w:t>sudo chown --reference=template.conf aplikasi.conf</w:t>
      </w:r>
      <w:r w:rsidRPr="00A06BED">
        <w:t>. Owner dan group aplikasi.conf mengikuti template.conf.</w:t>
      </w:r>
    </w:p>
    <w:p w14:paraId="5315DB7B" w14:textId="77777777" w:rsidR="002374FD" w:rsidRPr="00A06BED" w:rsidRDefault="00000000">
      <w:pPr>
        <w:pStyle w:val="Heading1"/>
        <w:spacing w:after="100"/>
        <w:rPr>
          <w:color w:val="auto"/>
        </w:rPr>
      </w:pPr>
      <w:r w:rsidRPr="00A06BED">
        <w:rPr>
          <w:color w:val="auto"/>
        </w:rPr>
        <w:t>5. Hubungan chmod dan chown</w:t>
      </w:r>
    </w:p>
    <w:p w14:paraId="0891E577" w14:textId="77777777" w:rsidR="002374FD" w:rsidRPr="00A06BED" w:rsidRDefault="00000000">
      <w:pPr>
        <w:spacing w:after="100"/>
      </w:pPr>
      <w:r w:rsidRPr="00A06BED">
        <w:t>chown menentukan siapa pemilik dan grup suatu objek, sedangkan chmod menentukan tindakan apa yang boleh dilakukan oleh owner, group, dan others. Keduanya merupakan kontrol akses diskresioner (Discretionary Access Control/DAC) fundamental pada Linux.</w:t>
      </w:r>
    </w:p>
    <w:tbl>
      <w:tblPr>
        <w:tblStyle w:val="TableGrid"/>
        <w:tblW w:w="0" w:type="auto"/>
        <w:jc w:val="center"/>
        <w:tblLook w:val="04A0" w:firstRow="1" w:lastRow="0" w:firstColumn="1" w:lastColumn="0" w:noHBand="0" w:noVBand="1"/>
      </w:tblPr>
      <w:tblGrid>
        <w:gridCol w:w="2277"/>
        <w:gridCol w:w="2278"/>
        <w:gridCol w:w="2278"/>
        <w:gridCol w:w="2279"/>
      </w:tblGrid>
      <w:tr w:rsidR="002374FD" w:rsidRPr="00A06BED" w14:paraId="040780A9" w14:textId="77777777">
        <w:trPr>
          <w:jc w:val="center"/>
        </w:trPr>
        <w:tc>
          <w:tcPr>
            <w:tcW w:w="2280" w:type="dxa"/>
            <w:shd w:val="clear" w:color="auto" w:fill="D9EAF7"/>
            <w:vAlign w:val="center"/>
          </w:tcPr>
          <w:p w14:paraId="601CA94C" w14:textId="77777777" w:rsidR="002374FD" w:rsidRPr="00A06BED" w:rsidRDefault="00000000" w:rsidP="000E42E3">
            <w:pPr>
              <w:spacing w:after="40"/>
              <w:jc w:val="center"/>
            </w:pPr>
            <w:r w:rsidRPr="00A06BED">
              <w:rPr>
                <w:b/>
                <w:sz w:val="20"/>
              </w:rPr>
              <w:t>Objek</w:t>
            </w:r>
          </w:p>
        </w:tc>
        <w:tc>
          <w:tcPr>
            <w:tcW w:w="2280" w:type="dxa"/>
            <w:shd w:val="clear" w:color="auto" w:fill="D9EAF7"/>
            <w:vAlign w:val="center"/>
          </w:tcPr>
          <w:p w14:paraId="4697A2BF" w14:textId="77777777" w:rsidR="002374FD" w:rsidRPr="00A06BED" w:rsidRDefault="00000000" w:rsidP="000E42E3">
            <w:pPr>
              <w:spacing w:after="40"/>
              <w:jc w:val="center"/>
            </w:pPr>
            <w:r w:rsidRPr="00A06BED">
              <w:rPr>
                <w:b/>
                <w:sz w:val="20"/>
              </w:rPr>
              <w:t>Owner:Group</w:t>
            </w:r>
          </w:p>
        </w:tc>
        <w:tc>
          <w:tcPr>
            <w:tcW w:w="2280" w:type="dxa"/>
            <w:shd w:val="clear" w:color="auto" w:fill="D9EAF7"/>
            <w:vAlign w:val="center"/>
          </w:tcPr>
          <w:p w14:paraId="424B66EF" w14:textId="77777777" w:rsidR="002374FD" w:rsidRPr="00A06BED" w:rsidRDefault="00000000" w:rsidP="000E42E3">
            <w:pPr>
              <w:spacing w:after="40"/>
              <w:jc w:val="center"/>
            </w:pPr>
            <w:r w:rsidRPr="00A06BED">
              <w:rPr>
                <w:b/>
                <w:sz w:val="20"/>
              </w:rPr>
              <w:t>Permission</w:t>
            </w:r>
          </w:p>
        </w:tc>
        <w:tc>
          <w:tcPr>
            <w:tcW w:w="2280" w:type="dxa"/>
            <w:shd w:val="clear" w:color="auto" w:fill="D9EAF7"/>
            <w:vAlign w:val="center"/>
          </w:tcPr>
          <w:p w14:paraId="61B8A7BA" w14:textId="77777777" w:rsidR="002374FD" w:rsidRPr="00A06BED" w:rsidRDefault="00000000" w:rsidP="000E42E3">
            <w:pPr>
              <w:spacing w:after="40"/>
              <w:jc w:val="center"/>
            </w:pPr>
            <w:r w:rsidRPr="00A06BED">
              <w:rPr>
                <w:b/>
                <w:sz w:val="20"/>
              </w:rPr>
              <w:t>Rasional</w:t>
            </w:r>
          </w:p>
        </w:tc>
      </w:tr>
      <w:tr w:rsidR="002374FD" w:rsidRPr="00A06BED" w14:paraId="0CE78DF1" w14:textId="77777777">
        <w:trPr>
          <w:jc w:val="center"/>
        </w:trPr>
        <w:tc>
          <w:tcPr>
            <w:tcW w:w="2280" w:type="dxa"/>
            <w:vAlign w:val="center"/>
          </w:tcPr>
          <w:p w14:paraId="2EDF9110" w14:textId="77777777" w:rsidR="002374FD" w:rsidRPr="00A06BED" w:rsidRDefault="00000000" w:rsidP="000E42E3">
            <w:pPr>
              <w:spacing w:after="40"/>
              <w:jc w:val="center"/>
            </w:pPr>
            <w:r w:rsidRPr="00A06BED">
              <w:rPr>
                <w:sz w:val="18"/>
              </w:rPr>
              <w:t>Berkas web statis</w:t>
            </w:r>
          </w:p>
        </w:tc>
        <w:tc>
          <w:tcPr>
            <w:tcW w:w="2280" w:type="dxa"/>
            <w:vAlign w:val="center"/>
          </w:tcPr>
          <w:p w14:paraId="51CCD918" w14:textId="77777777" w:rsidR="002374FD" w:rsidRPr="00A06BED" w:rsidRDefault="00000000" w:rsidP="000E42E3">
            <w:pPr>
              <w:spacing w:after="40"/>
              <w:jc w:val="center"/>
            </w:pPr>
            <w:r w:rsidRPr="00A06BED">
              <w:rPr>
                <w:sz w:val="18"/>
              </w:rPr>
              <w:t>root:www-data</w:t>
            </w:r>
          </w:p>
        </w:tc>
        <w:tc>
          <w:tcPr>
            <w:tcW w:w="2280" w:type="dxa"/>
            <w:vAlign w:val="center"/>
          </w:tcPr>
          <w:p w14:paraId="3AB15618" w14:textId="77777777" w:rsidR="002374FD" w:rsidRPr="00A06BED" w:rsidRDefault="00000000" w:rsidP="000E42E3">
            <w:pPr>
              <w:spacing w:after="40"/>
              <w:jc w:val="center"/>
            </w:pPr>
            <w:r w:rsidRPr="00A06BED">
              <w:rPr>
                <w:sz w:val="18"/>
              </w:rPr>
              <w:t>644</w:t>
            </w:r>
          </w:p>
        </w:tc>
        <w:tc>
          <w:tcPr>
            <w:tcW w:w="2280" w:type="dxa"/>
            <w:vAlign w:val="center"/>
          </w:tcPr>
          <w:p w14:paraId="4040B188" w14:textId="77777777" w:rsidR="002374FD" w:rsidRPr="00A06BED" w:rsidRDefault="00000000">
            <w:pPr>
              <w:spacing w:after="40"/>
            </w:pPr>
            <w:r w:rsidRPr="00A06BED">
              <w:rPr>
                <w:sz w:val="18"/>
              </w:rPr>
              <w:t>Web server dapat membaca melalui group/others sesuai konfigurasi, tetapi tidak perlu menulis.</w:t>
            </w:r>
          </w:p>
        </w:tc>
      </w:tr>
      <w:tr w:rsidR="002374FD" w:rsidRPr="00A06BED" w14:paraId="6FF13837" w14:textId="77777777">
        <w:trPr>
          <w:jc w:val="center"/>
        </w:trPr>
        <w:tc>
          <w:tcPr>
            <w:tcW w:w="2280" w:type="dxa"/>
            <w:vAlign w:val="center"/>
          </w:tcPr>
          <w:p w14:paraId="2A3D20BB" w14:textId="77777777" w:rsidR="002374FD" w:rsidRPr="00A06BED" w:rsidRDefault="00000000" w:rsidP="000E42E3">
            <w:pPr>
              <w:spacing w:after="40"/>
              <w:jc w:val="center"/>
            </w:pPr>
            <w:r w:rsidRPr="00A06BED">
              <w:rPr>
                <w:sz w:val="18"/>
              </w:rPr>
              <w:t>Direktori web statis</w:t>
            </w:r>
          </w:p>
        </w:tc>
        <w:tc>
          <w:tcPr>
            <w:tcW w:w="2280" w:type="dxa"/>
            <w:vAlign w:val="center"/>
          </w:tcPr>
          <w:p w14:paraId="061D7908" w14:textId="77777777" w:rsidR="002374FD" w:rsidRPr="00A06BED" w:rsidRDefault="00000000" w:rsidP="000E42E3">
            <w:pPr>
              <w:spacing w:after="40"/>
              <w:jc w:val="center"/>
            </w:pPr>
            <w:r w:rsidRPr="00A06BED">
              <w:rPr>
                <w:sz w:val="18"/>
              </w:rPr>
              <w:t>root:www-data</w:t>
            </w:r>
          </w:p>
        </w:tc>
        <w:tc>
          <w:tcPr>
            <w:tcW w:w="2280" w:type="dxa"/>
            <w:vAlign w:val="center"/>
          </w:tcPr>
          <w:p w14:paraId="33B8EC3E" w14:textId="77777777" w:rsidR="002374FD" w:rsidRPr="00A06BED" w:rsidRDefault="00000000" w:rsidP="000E42E3">
            <w:pPr>
              <w:spacing w:after="40"/>
              <w:jc w:val="center"/>
            </w:pPr>
            <w:r w:rsidRPr="00A06BED">
              <w:rPr>
                <w:sz w:val="18"/>
              </w:rPr>
              <w:t>755</w:t>
            </w:r>
          </w:p>
        </w:tc>
        <w:tc>
          <w:tcPr>
            <w:tcW w:w="2280" w:type="dxa"/>
            <w:vAlign w:val="center"/>
          </w:tcPr>
          <w:p w14:paraId="584BD32D" w14:textId="77777777" w:rsidR="002374FD" w:rsidRPr="00A06BED" w:rsidRDefault="00000000">
            <w:pPr>
              <w:spacing w:after="40"/>
              <w:rPr>
                <w:lang w:val="da-DK"/>
              </w:rPr>
            </w:pPr>
            <w:r w:rsidRPr="00A06BED">
              <w:rPr>
                <w:sz w:val="18"/>
                <w:lang w:val="da-DK"/>
              </w:rPr>
              <w:t>Web server dapat melakukan traversal dan membaca isi direktori.</w:t>
            </w:r>
          </w:p>
        </w:tc>
      </w:tr>
      <w:tr w:rsidR="002374FD" w:rsidRPr="00A06BED" w14:paraId="02E0B65A" w14:textId="77777777">
        <w:trPr>
          <w:jc w:val="center"/>
        </w:trPr>
        <w:tc>
          <w:tcPr>
            <w:tcW w:w="2280" w:type="dxa"/>
            <w:vAlign w:val="center"/>
          </w:tcPr>
          <w:p w14:paraId="14069224" w14:textId="77777777" w:rsidR="002374FD" w:rsidRPr="00A06BED" w:rsidRDefault="00000000" w:rsidP="000E42E3">
            <w:pPr>
              <w:spacing w:after="40"/>
              <w:jc w:val="center"/>
            </w:pPr>
            <w:r w:rsidRPr="00A06BED">
              <w:rPr>
                <w:sz w:val="18"/>
              </w:rPr>
              <w:t>Private key SSH</w:t>
            </w:r>
          </w:p>
        </w:tc>
        <w:tc>
          <w:tcPr>
            <w:tcW w:w="2280" w:type="dxa"/>
            <w:vAlign w:val="center"/>
          </w:tcPr>
          <w:p w14:paraId="5B2121CE" w14:textId="77777777" w:rsidR="002374FD" w:rsidRPr="00A06BED" w:rsidRDefault="00000000" w:rsidP="000E42E3">
            <w:pPr>
              <w:spacing w:after="40"/>
              <w:jc w:val="center"/>
            </w:pPr>
            <w:r w:rsidRPr="00A06BED">
              <w:rPr>
                <w:sz w:val="18"/>
              </w:rPr>
              <w:t>user:user</w:t>
            </w:r>
          </w:p>
        </w:tc>
        <w:tc>
          <w:tcPr>
            <w:tcW w:w="2280" w:type="dxa"/>
            <w:vAlign w:val="center"/>
          </w:tcPr>
          <w:p w14:paraId="211AB48E" w14:textId="77777777" w:rsidR="002374FD" w:rsidRPr="00A06BED" w:rsidRDefault="00000000" w:rsidP="000E42E3">
            <w:pPr>
              <w:spacing w:after="40"/>
              <w:jc w:val="center"/>
            </w:pPr>
            <w:r w:rsidRPr="00A06BED">
              <w:rPr>
                <w:sz w:val="18"/>
              </w:rPr>
              <w:t>600</w:t>
            </w:r>
          </w:p>
        </w:tc>
        <w:tc>
          <w:tcPr>
            <w:tcW w:w="2280" w:type="dxa"/>
            <w:vAlign w:val="center"/>
          </w:tcPr>
          <w:p w14:paraId="188D6176" w14:textId="77777777" w:rsidR="002374FD" w:rsidRPr="00A06BED" w:rsidRDefault="00000000">
            <w:pPr>
              <w:spacing w:after="40"/>
            </w:pPr>
            <w:r w:rsidRPr="00A06BED">
              <w:rPr>
                <w:sz w:val="18"/>
              </w:rPr>
              <w:t>Hanya owner yang dapat membaca/menulis; SSH umumnya menolak private key yang terlalu permisif.</w:t>
            </w:r>
          </w:p>
        </w:tc>
      </w:tr>
      <w:tr w:rsidR="002374FD" w:rsidRPr="00A06BED" w14:paraId="2C526198" w14:textId="77777777">
        <w:trPr>
          <w:jc w:val="center"/>
        </w:trPr>
        <w:tc>
          <w:tcPr>
            <w:tcW w:w="2280" w:type="dxa"/>
            <w:vAlign w:val="center"/>
          </w:tcPr>
          <w:p w14:paraId="01C03CF1" w14:textId="77777777" w:rsidR="002374FD" w:rsidRPr="00A06BED" w:rsidRDefault="00000000" w:rsidP="000E42E3">
            <w:pPr>
              <w:spacing w:after="40"/>
              <w:jc w:val="center"/>
            </w:pPr>
            <w:r w:rsidRPr="00A06BED">
              <w:rPr>
                <w:sz w:val="18"/>
              </w:rPr>
              <w:t>Script administrasi</w:t>
            </w:r>
          </w:p>
        </w:tc>
        <w:tc>
          <w:tcPr>
            <w:tcW w:w="2280" w:type="dxa"/>
            <w:vAlign w:val="center"/>
          </w:tcPr>
          <w:p w14:paraId="46EE9D67" w14:textId="77777777" w:rsidR="002374FD" w:rsidRPr="00A06BED" w:rsidRDefault="00000000" w:rsidP="000E42E3">
            <w:pPr>
              <w:spacing w:after="40"/>
              <w:jc w:val="center"/>
            </w:pPr>
            <w:r w:rsidRPr="00A06BED">
              <w:rPr>
                <w:sz w:val="18"/>
              </w:rPr>
              <w:t>root:admin</w:t>
            </w:r>
          </w:p>
        </w:tc>
        <w:tc>
          <w:tcPr>
            <w:tcW w:w="2280" w:type="dxa"/>
            <w:vAlign w:val="center"/>
          </w:tcPr>
          <w:p w14:paraId="4B195D91" w14:textId="77777777" w:rsidR="002374FD" w:rsidRPr="00A06BED" w:rsidRDefault="00000000" w:rsidP="000E42E3">
            <w:pPr>
              <w:spacing w:after="40"/>
              <w:jc w:val="center"/>
            </w:pPr>
            <w:r w:rsidRPr="00A06BED">
              <w:rPr>
                <w:sz w:val="18"/>
              </w:rPr>
              <w:t>750</w:t>
            </w:r>
          </w:p>
        </w:tc>
        <w:tc>
          <w:tcPr>
            <w:tcW w:w="2280" w:type="dxa"/>
            <w:vAlign w:val="center"/>
          </w:tcPr>
          <w:p w14:paraId="27275E1E" w14:textId="77777777" w:rsidR="002374FD" w:rsidRPr="00A06BED" w:rsidRDefault="00000000">
            <w:pPr>
              <w:spacing w:after="40"/>
            </w:pPr>
            <w:r w:rsidRPr="00A06BED">
              <w:rPr>
                <w:sz w:val="18"/>
              </w:rPr>
              <w:t>Root memiliki rwx, anggota admin r-x, pengguna lain tidak memiliki akses.</w:t>
            </w:r>
          </w:p>
        </w:tc>
      </w:tr>
    </w:tbl>
    <w:p w14:paraId="6F76BCA3" w14:textId="77777777" w:rsidR="002374FD" w:rsidRPr="00A06BED" w:rsidRDefault="00000000">
      <w:pPr>
        <w:pStyle w:val="Heading1"/>
        <w:spacing w:after="100"/>
        <w:rPr>
          <w:color w:val="auto"/>
        </w:rPr>
      </w:pPr>
      <w:r w:rsidRPr="00A06BED">
        <w:rPr>
          <w:color w:val="auto"/>
        </w:rPr>
        <w:t>6. Contoh Praktik Terpadu</w:t>
      </w:r>
    </w:p>
    <w:p w14:paraId="392FB0CD" w14:textId="77777777" w:rsidR="002374FD" w:rsidRPr="00A06BED" w:rsidRDefault="00000000">
      <w:pPr>
        <w:pStyle w:val="Heading2"/>
        <w:spacing w:after="100"/>
        <w:rPr>
          <w:color w:val="auto"/>
        </w:rPr>
      </w:pPr>
      <w:r w:rsidRPr="00A06BED">
        <w:rPr>
          <w:color w:val="auto"/>
        </w:rPr>
        <w:t>Kasus 1 - Menyiapkan script hanya untuk administrator</w:t>
      </w:r>
    </w:p>
    <w:p w14:paraId="759E7E6A" w14:textId="77777777" w:rsidR="002374FD" w:rsidRPr="00A06BED" w:rsidRDefault="00000000">
      <w:pPr>
        <w:spacing w:after="100"/>
      </w:pPr>
      <w:r w:rsidRPr="00A06BED">
        <w:rPr>
          <w:rFonts w:ascii="Courier New" w:hAnsi="Courier New"/>
          <w:sz w:val="20"/>
        </w:rPr>
        <w:t>sudo chown root:admin /usr/local/sbin/backup.sh</w:t>
      </w:r>
    </w:p>
    <w:p w14:paraId="5C648F75" w14:textId="77777777" w:rsidR="002374FD" w:rsidRPr="00A06BED" w:rsidRDefault="00000000">
      <w:pPr>
        <w:spacing w:after="100"/>
      </w:pPr>
      <w:r w:rsidRPr="00A06BED">
        <w:rPr>
          <w:rFonts w:ascii="Courier New" w:hAnsi="Courier New"/>
          <w:sz w:val="20"/>
        </w:rPr>
        <w:t>sudo chmod 750 /usr/local/sbin/backup.sh</w:t>
      </w:r>
    </w:p>
    <w:p w14:paraId="18E06B86" w14:textId="77777777" w:rsidR="002374FD" w:rsidRPr="00A06BED" w:rsidRDefault="00000000">
      <w:pPr>
        <w:spacing w:after="100"/>
      </w:pPr>
      <w:r w:rsidRPr="00A06BED">
        <w:rPr>
          <w:rFonts w:ascii="Courier New" w:hAnsi="Courier New"/>
          <w:sz w:val="20"/>
        </w:rPr>
        <w:t>ls -l /usr/local/sbin/backup.sh</w:t>
      </w:r>
    </w:p>
    <w:p w14:paraId="7489BC5B" w14:textId="77777777" w:rsidR="002374FD" w:rsidRPr="00A06BED" w:rsidRDefault="00000000">
      <w:pPr>
        <w:spacing w:after="100"/>
      </w:pPr>
      <w:r w:rsidRPr="00A06BED">
        <w:t>Hasil yang diharapkan secara konseptual adalah -rwxr-x--- dengan owner root dan group admin.</w:t>
      </w:r>
    </w:p>
    <w:p w14:paraId="630BF69A" w14:textId="77777777" w:rsidR="002374FD" w:rsidRPr="00A06BED" w:rsidRDefault="00000000">
      <w:pPr>
        <w:pStyle w:val="Heading2"/>
        <w:spacing w:after="100"/>
        <w:rPr>
          <w:color w:val="auto"/>
        </w:rPr>
      </w:pPr>
      <w:r w:rsidRPr="00A06BED">
        <w:rPr>
          <w:color w:val="auto"/>
        </w:rPr>
        <w:t>Kasus 2 - Menyiapkan file konfigurasi yang dapat dibaca layanan</w:t>
      </w:r>
    </w:p>
    <w:p w14:paraId="5D006269" w14:textId="77777777" w:rsidR="002374FD" w:rsidRPr="00A06BED" w:rsidRDefault="00000000">
      <w:pPr>
        <w:spacing w:after="100"/>
      </w:pPr>
      <w:r w:rsidRPr="00A06BED">
        <w:rPr>
          <w:rFonts w:ascii="Courier New" w:hAnsi="Courier New"/>
          <w:sz w:val="20"/>
        </w:rPr>
        <w:t>sudo chown root:www-data /etc/example/app.conf</w:t>
      </w:r>
    </w:p>
    <w:p w14:paraId="72CC48A2" w14:textId="77777777" w:rsidR="002374FD" w:rsidRPr="00A06BED" w:rsidRDefault="00000000">
      <w:pPr>
        <w:spacing w:after="100"/>
      </w:pPr>
      <w:r w:rsidRPr="00A06BED">
        <w:rPr>
          <w:rFonts w:ascii="Courier New" w:hAnsi="Courier New"/>
          <w:sz w:val="20"/>
        </w:rPr>
        <w:t>sudo chmod 640 /etc/example/app.conf</w:t>
      </w:r>
    </w:p>
    <w:p w14:paraId="220B5DAC" w14:textId="77777777" w:rsidR="002374FD" w:rsidRPr="00A06BED" w:rsidRDefault="00000000">
      <w:pPr>
        <w:spacing w:after="100"/>
      </w:pPr>
      <w:r w:rsidRPr="00A06BED">
        <w:rPr>
          <w:rFonts w:ascii="Courier New" w:hAnsi="Courier New"/>
          <w:sz w:val="20"/>
        </w:rPr>
        <w:t>ls -l /etc/example/app.conf</w:t>
      </w:r>
    </w:p>
    <w:p w14:paraId="29155BD7" w14:textId="77777777" w:rsidR="002374FD" w:rsidRPr="00A06BED" w:rsidRDefault="00000000">
      <w:pPr>
        <w:spacing w:after="100"/>
      </w:pPr>
      <w:r w:rsidRPr="00A06BED">
        <w:t>Owner root dapat membaca dan menulis, group www-data hanya membaca, sedangkan pengguna lain tidak memperoleh akses.</w:t>
      </w:r>
    </w:p>
    <w:p w14:paraId="3370FE1B" w14:textId="77777777" w:rsidR="002374FD" w:rsidRPr="00A06BED" w:rsidRDefault="00000000">
      <w:pPr>
        <w:pStyle w:val="Heading2"/>
        <w:spacing w:after="100"/>
        <w:rPr>
          <w:color w:val="auto"/>
        </w:rPr>
      </w:pPr>
      <w:r w:rsidRPr="00A06BED">
        <w:rPr>
          <w:color w:val="auto"/>
        </w:rPr>
        <w:lastRenderedPageBreak/>
        <w:t>Kasus 3 - Permission file dan direktori pada document root web</w:t>
      </w:r>
    </w:p>
    <w:p w14:paraId="10D111BA" w14:textId="77777777" w:rsidR="002374FD" w:rsidRPr="000E42E3" w:rsidRDefault="00000000">
      <w:pPr>
        <w:spacing w:after="100"/>
        <w:rPr>
          <w:sz w:val="20"/>
          <w:szCs w:val="20"/>
        </w:rPr>
      </w:pPr>
      <w:r w:rsidRPr="000E42E3">
        <w:rPr>
          <w:rFonts w:ascii="Courier New" w:hAnsi="Courier New"/>
          <w:sz w:val="20"/>
          <w:szCs w:val="20"/>
        </w:rPr>
        <w:t xml:space="preserve">sudo chown -R </w:t>
      </w:r>
      <w:proofErr w:type="gramStart"/>
      <w:r w:rsidRPr="000E42E3">
        <w:rPr>
          <w:rFonts w:ascii="Courier New" w:hAnsi="Courier New"/>
          <w:sz w:val="20"/>
          <w:szCs w:val="20"/>
        </w:rPr>
        <w:t>deploy:www</w:t>
      </w:r>
      <w:proofErr w:type="gramEnd"/>
      <w:r w:rsidRPr="000E42E3">
        <w:rPr>
          <w:rFonts w:ascii="Courier New" w:hAnsi="Courier New"/>
          <w:sz w:val="20"/>
          <w:szCs w:val="20"/>
        </w:rPr>
        <w:t>-data /var/www/example.com</w:t>
      </w:r>
    </w:p>
    <w:p w14:paraId="3FA1BDB9" w14:textId="77777777" w:rsidR="002374FD" w:rsidRPr="000E42E3" w:rsidRDefault="00000000">
      <w:pPr>
        <w:spacing w:after="100"/>
        <w:rPr>
          <w:sz w:val="20"/>
          <w:szCs w:val="20"/>
        </w:rPr>
      </w:pPr>
      <w:r w:rsidRPr="000E42E3">
        <w:rPr>
          <w:rFonts w:ascii="Courier New" w:hAnsi="Courier New"/>
          <w:sz w:val="20"/>
          <w:szCs w:val="20"/>
        </w:rPr>
        <w:t>sudo find /var/www/example.com -type d -exec chmod 755 {} \;</w:t>
      </w:r>
    </w:p>
    <w:p w14:paraId="3AF8420A" w14:textId="77777777" w:rsidR="002374FD" w:rsidRPr="000E42E3" w:rsidRDefault="00000000">
      <w:pPr>
        <w:spacing w:after="100"/>
        <w:rPr>
          <w:sz w:val="20"/>
          <w:szCs w:val="20"/>
        </w:rPr>
      </w:pPr>
      <w:r w:rsidRPr="000E42E3">
        <w:rPr>
          <w:rFonts w:ascii="Courier New" w:hAnsi="Courier New"/>
          <w:sz w:val="20"/>
          <w:szCs w:val="20"/>
        </w:rPr>
        <w:t>sudo find /var/www/example.com -type f -exec chmod 644 {} \;</w:t>
      </w:r>
    </w:p>
    <w:p w14:paraId="610A5FAF" w14:textId="77777777" w:rsidR="002374FD" w:rsidRPr="00A06BED" w:rsidRDefault="00000000">
      <w:pPr>
        <w:spacing w:after="100"/>
      </w:pPr>
      <w:r w:rsidRPr="00A06BED">
        <w:t>Pola ini sering digunakan untuk konten web statis atau aplikasi yang tidak membutuhkan write oleh web server. Direktori upload, cache, atau session dapat memerlukan kebijakan berbeda.</w:t>
      </w:r>
    </w:p>
    <w:p w14:paraId="6605A58C" w14:textId="77777777" w:rsidR="002374FD" w:rsidRPr="00A06BED" w:rsidRDefault="00000000">
      <w:pPr>
        <w:pStyle w:val="Heading1"/>
        <w:spacing w:after="100"/>
        <w:rPr>
          <w:color w:val="auto"/>
        </w:rPr>
      </w:pPr>
      <w:r w:rsidRPr="00A06BED">
        <w:rPr>
          <w:color w:val="auto"/>
        </w:rPr>
        <w:t>7. Kesalahan Umum dan Risiko Keamanan</w:t>
      </w:r>
    </w:p>
    <w:p w14:paraId="01ACD80F" w14:textId="77777777" w:rsidR="002374FD" w:rsidRPr="00A06BED" w:rsidRDefault="00000000">
      <w:pPr>
        <w:pStyle w:val="ListBullet"/>
        <w:spacing w:after="100"/>
      </w:pPr>
      <w:r w:rsidRPr="00A06BED">
        <w:rPr>
          <w:b/>
        </w:rPr>
        <w:t xml:space="preserve">Menggunakan chmod 777 secara luas: </w:t>
      </w:r>
      <w:r w:rsidRPr="00A06BED">
        <w:t>Memberikan read, write, dan execute kepada semua kategori pengguna. Pada sistem multi-user atau layanan web, konfigurasi ini dapat memperbesar permukaan serangan dan memungkinkan modifikasi tidak sah.</w:t>
      </w:r>
    </w:p>
    <w:p w14:paraId="5EE97603" w14:textId="77777777" w:rsidR="002374FD" w:rsidRPr="00A06BED" w:rsidRDefault="00000000">
      <w:pPr>
        <w:pStyle w:val="ListBullet"/>
        <w:spacing w:after="100"/>
      </w:pPr>
      <w:r w:rsidRPr="00A06BED">
        <w:rPr>
          <w:b/>
        </w:rPr>
        <w:t xml:space="preserve">Menggunakan chown -R tanpa memverifikasi path: </w:t>
      </w:r>
      <w:r w:rsidRPr="00A06BED">
        <w:t>Kesalahan path dapat mengubah kepemilikan bagian sistem yang kritis dan menyebabkan layanan gagal berjalan.</w:t>
      </w:r>
    </w:p>
    <w:p w14:paraId="3D6144A2" w14:textId="77777777" w:rsidR="002374FD" w:rsidRPr="00A06BED" w:rsidRDefault="00000000">
      <w:pPr>
        <w:pStyle w:val="ListBullet"/>
        <w:spacing w:after="100"/>
      </w:pPr>
      <w:r w:rsidRPr="00A06BED">
        <w:rPr>
          <w:b/>
        </w:rPr>
        <w:t xml:space="preserve">Menyamakan permission file dan direktori: </w:t>
      </w:r>
      <w:r w:rsidRPr="00A06BED">
        <w:t>Direktori memerlukan execute untuk traversal, sedangkan file biasa umumnya tidak memerlukan execute.</w:t>
      </w:r>
    </w:p>
    <w:p w14:paraId="5792C8C7" w14:textId="77777777" w:rsidR="002374FD" w:rsidRPr="00A06BED" w:rsidRDefault="00000000">
      <w:pPr>
        <w:pStyle w:val="ListBullet"/>
        <w:spacing w:after="100"/>
      </w:pPr>
      <w:r w:rsidRPr="00A06BED">
        <w:rPr>
          <w:b/>
        </w:rPr>
        <w:t xml:space="preserve">Menggunakan root untuk seluruh aktivitas: </w:t>
      </w:r>
      <w:r w:rsidRPr="00A06BED">
        <w:t>Melanggar prinsip least privilege dan meningkatkan dampak kesalahan operasional.</w:t>
      </w:r>
    </w:p>
    <w:p w14:paraId="352D5089" w14:textId="77777777" w:rsidR="002374FD" w:rsidRPr="00A06BED" w:rsidRDefault="00000000">
      <w:pPr>
        <w:pStyle w:val="ListBullet"/>
        <w:spacing w:after="100"/>
      </w:pPr>
      <w:r w:rsidRPr="00A06BED">
        <w:rPr>
          <w:b/>
        </w:rPr>
        <w:t xml:space="preserve">Mengabaikan ACL, SELinux, atau AppArmor: </w:t>
      </w:r>
      <w:r w:rsidRPr="00A06BED">
        <w:t>chmod/chown bukan satu-satunya lapisan kontrol akses. ACL dan kebijakan mandatory access control dapat tetap membatasi akses meskipun permission Unix tampak benar.</w:t>
      </w:r>
    </w:p>
    <w:p w14:paraId="2677743C" w14:textId="77777777" w:rsidR="002374FD" w:rsidRPr="00A06BED" w:rsidRDefault="00000000">
      <w:pPr>
        <w:pStyle w:val="Heading1"/>
        <w:spacing w:after="100"/>
        <w:rPr>
          <w:color w:val="auto"/>
        </w:rPr>
      </w:pPr>
      <w:r w:rsidRPr="00A06BED">
        <w:rPr>
          <w:color w:val="auto"/>
        </w:rPr>
        <w:t>8. Perintah Verifikasi</w:t>
      </w:r>
    </w:p>
    <w:p w14:paraId="4FB2DAD1" w14:textId="77777777" w:rsidR="002374FD" w:rsidRPr="00A06BED" w:rsidRDefault="00000000">
      <w:pPr>
        <w:spacing w:after="100"/>
      </w:pPr>
      <w:r w:rsidRPr="00A06BED">
        <w:rPr>
          <w:rFonts w:ascii="Courier New" w:hAnsi="Courier New"/>
          <w:b/>
        </w:rPr>
        <w:t>ls -l file</w:t>
      </w:r>
      <w:r w:rsidRPr="00A06BED">
        <w:t xml:space="preserve"> — Menampilkan permission, owner, dan group.</w:t>
      </w:r>
    </w:p>
    <w:p w14:paraId="1B816689" w14:textId="77777777" w:rsidR="002374FD" w:rsidRPr="00A06BED" w:rsidRDefault="00000000">
      <w:pPr>
        <w:spacing w:after="100"/>
      </w:pPr>
      <w:r w:rsidRPr="00A06BED">
        <w:rPr>
          <w:rFonts w:ascii="Courier New" w:hAnsi="Courier New"/>
          <w:b/>
        </w:rPr>
        <w:t>stat file</w:t>
      </w:r>
      <w:r w:rsidRPr="00A06BED">
        <w:t xml:space="preserve"> — Menampilkan metadata file secara lebih terperinci, termasuk mode numerik.</w:t>
      </w:r>
    </w:p>
    <w:p w14:paraId="4E474ABE" w14:textId="77777777" w:rsidR="002374FD" w:rsidRPr="00A06BED" w:rsidRDefault="00000000">
      <w:pPr>
        <w:spacing w:after="100"/>
      </w:pPr>
      <w:r w:rsidRPr="00A06BED">
        <w:rPr>
          <w:rFonts w:ascii="Courier New" w:hAnsi="Courier New"/>
          <w:b/>
        </w:rPr>
        <w:t>id username</w:t>
      </w:r>
      <w:r w:rsidRPr="00A06BED">
        <w:t xml:space="preserve"> — Menampilkan UID, GID, dan grup yang diikuti user.</w:t>
      </w:r>
    </w:p>
    <w:p w14:paraId="200B44F9" w14:textId="77777777" w:rsidR="002374FD" w:rsidRPr="00A06BED" w:rsidRDefault="00000000">
      <w:pPr>
        <w:spacing w:after="100"/>
        <w:rPr>
          <w:lang w:val="da-DK"/>
        </w:rPr>
      </w:pPr>
      <w:r w:rsidRPr="00A06BED">
        <w:rPr>
          <w:rFonts w:ascii="Courier New" w:hAnsi="Courier New"/>
          <w:b/>
          <w:lang w:val="da-DK"/>
        </w:rPr>
        <w:t>namei -l /path/ke/file</w:t>
      </w:r>
      <w:r w:rsidRPr="00A06BED">
        <w:rPr>
          <w:lang w:val="da-DK"/>
        </w:rPr>
        <w:t xml:space="preserve"> — Menganalisis permission pada setiap komponen path; sangat berguna ketika akses direktori gagal.</w:t>
      </w:r>
    </w:p>
    <w:p w14:paraId="6B61D826" w14:textId="77777777" w:rsidR="002374FD" w:rsidRPr="00A06BED" w:rsidRDefault="00000000">
      <w:pPr>
        <w:spacing w:after="100"/>
        <w:rPr>
          <w:lang w:val="da-DK"/>
        </w:rPr>
      </w:pPr>
      <w:r w:rsidRPr="00A06BED">
        <w:rPr>
          <w:rFonts w:ascii="Courier New" w:hAnsi="Courier New"/>
          <w:b/>
          <w:lang w:val="da-DK"/>
        </w:rPr>
        <w:t>getfacl file</w:t>
      </w:r>
      <w:r w:rsidRPr="00A06BED">
        <w:rPr>
          <w:lang w:val="da-DK"/>
        </w:rPr>
        <w:t xml:space="preserve"> — Menampilkan ACL jika paket/tool ACL tersedia.</w:t>
      </w:r>
    </w:p>
    <w:p w14:paraId="23AE25E3" w14:textId="77777777" w:rsidR="002374FD" w:rsidRPr="00A06BED" w:rsidRDefault="00000000">
      <w:pPr>
        <w:pStyle w:val="Heading1"/>
        <w:spacing w:after="100"/>
        <w:rPr>
          <w:color w:val="auto"/>
          <w:lang w:val="da-DK"/>
        </w:rPr>
      </w:pPr>
      <w:r w:rsidRPr="00A06BED">
        <w:rPr>
          <w:color w:val="auto"/>
          <w:lang w:val="da-DK"/>
        </w:rPr>
        <w:t>9. Ringkasan Perintah Cepat</w:t>
      </w:r>
    </w:p>
    <w:tbl>
      <w:tblPr>
        <w:tblStyle w:val="TableGrid"/>
        <w:tblW w:w="0" w:type="auto"/>
        <w:jc w:val="center"/>
        <w:tblLook w:val="04A0" w:firstRow="1" w:lastRow="0" w:firstColumn="1" w:lastColumn="0" w:noHBand="0" w:noVBand="1"/>
      </w:tblPr>
      <w:tblGrid>
        <w:gridCol w:w="4556"/>
        <w:gridCol w:w="4556"/>
      </w:tblGrid>
      <w:tr w:rsidR="002374FD" w:rsidRPr="00A06BED" w14:paraId="1BA662A4" w14:textId="77777777">
        <w:trPr>
          <w:jc w:val="center"/>
        </w:trPr>
        <w:tc>
          <w:tcPr>
            <w:tcW w:w="4561" w:type="dxa"/>
            <w:shd w:val="clear" w:color="auto" w:fill="D9EAF7"/>
            <w:vAlign w:val="center"/>
          </w:tcPr>
          <w:p w14:paraId="6AF04782" w14:textId="77777777" w:rsidR="002374FD" w:rsidRPr="00A06BED" w:rsidRDefault="00000000" w:rsidP="00C84AB1">
            <w:pPr>
              <w:spacing w:after="40"/>
              <w:jc w:val="center"/>
            </w:pPr>
            <w:proofErr w:type="spellStart"/>
            <w:r w:rsidRPr="00A06BED">
              <w:rPr>
                <w:b/>
                <w:sz w:val="20"/>
              </w:rPr>
              <w:t>Perintah</w:t>
            </w:r>
            <w:proofErr w:type="spellEnd"/>
          </w:p>
        </w:tc>
        <w:tc>
          <w:tcPr>
            <w:tcW w:w="4561" w:type="dxa"/>
            <w:shd w:val="clear" w:color="auto" w:fill="D9EAF7"/>
            <w:vAlign w:val="center"/>
          </w:tcPr>
          <w:p w14:paraId="1EF44276" w14:textId="77777777" w:rsidR="002374FD" w:rsidRPr="00A06BED" w:rsidRDefault="00000000" w:rsidP="00C84AB1">
            <w:pPr>
              <w:spacing w:after="40"/>
              <w:jc w:val="center"/>
            </w:pPr>
            <w:r w:rsidRPr="00A06BED">
              <w:rPr>
                <w:b/>
                <w:sz w:val="20"/>
              </w:rPr>
              <w:t>Fungsi</w:t>
            </w:r>
          </w:p>
        </w:tc>
      </w:tr>
      <w:tr w:rsidR="002374FD" w:rsidRPr="00A06BED" w14:paraId="2A241A5A" w14:textId="77777777">
        <w:trPr>
          <w:jc w:val="center"/>
        </w:trPr>
        <w:tc>
          <w:tcPr>
            <w:tcW w:w="4561" w:type="dxa"/>
            <w:vAlign w:val="center"/>
          </w:tcPr>
          <w:p w14:paraId="5922E2C7" w14:textId="77777777" w:rsidR="002374FD" w:rsidRPr="00A06BED" w:rsidRDefault="00000000">
            <w:pPr>
              <w:spacing w:after="40"/>
            </w:pPr>
            <w:r w:rsidRPr="00A06BED">
              <w:rPr>
                <w:sz w:val="19"/>
              </w:rPr>
              <w:t>chmod 644 file</w:t>
            </w:r>
          </w:p>
        </w:tc>
        <w:tc>
          <w:tcPr>
            <w:tcW w:w="4561" w:type="dxa"/>
            <w:vAlign w:val="center"/>
          </w:tcPr>
          <w:p w14:paraId="2A62C4C9" w14:textId="77777777" w:rsidR="002374FD" w:rsidRPr="00A06BED" w:rsidRDefault="00000000">
            <w:pPr>
              <w:spacing w:after="40"/>
            </w:pPr>
            <w:r w:rsidRPr="00A06BED">
              <w:rPr>
                <w:sz w:val="19"/>
              </w:rPr>
              <w:t>Owner rw; group r; others r.</w:t>
            </w:r>
          </w:p>
        </w:tc>
      </w:tr>
      <w:tr w:rsidR="002374FD" w:rsidRPr="00A06BED" w14:paraId="06A099D1" w14:textId="77777777">
        <w:trPr>
          <w:jc w:val="center"/>
        </w:trPr>
        <w:tc>
          <w:tcPr>
            <w:tcW w:w="4561" w:type="dxa"/>
            <w:vAlign w:val="center"/>
          </w:tcPr>
          <w:p w14:paraId="4613C58A" w14:textId="77777777" w:rsidR="002374FD" w:rsidRPr="00A06BED" w:rsidRDefault="00000000">
            <w:pPr>
              <w:spacing w:after="40"/>
            </w:pPr>
            <w:r w:rsidRPr="00A06BED">
              <w:rPr>
                <w:sz w:val="19"/>
              </w:rPr>
              <w:t>chmod 600 file</w:t>
            </w:r>
          </w:p>
        </w:tc>
        <w:tc>
          <w:tcPr>
            <w:tcW w:w="4561" w:type="dxa"/>
            <w:vAlign w:val="center"/>
          </w:tcPr>
          <w:p w14:paraId="7F8E069C" w14:textId="77777777" w:rsidR="002374FD" w:rsidRPr="00A06BED" w:rsidRDefault="00000000">
            <w:pPr>
              <w:spacing w:after="40"/>
            </w:pPr>
            <w:r w:rsidRPr="00A06BED">
              <w:rPr>
                <w:sz w:val="19"/>
              </w:rPr>
              <w:t>Hanya owner rw.</w:t>
            </w:r>
          </w:p>
        </w:tc>
      </w:tr>
      <w:tr w:rsidR="002374FD" w:rsidRPr="00A06BED" w14:paraId="795B2D77" w14:textId="77777777">
        <w:trPr>
          <w:jc w:val="center"/>
        </w:trPr>
        <w:tc>
          <w:tcPr>
            <w:tcW w:w="4561" w:type="dxa"/>
            <w:vAlign w:val="center"/>
          </w:tcPr>
          <w:p w14:paraId="5A39A63D" w14:textId="77777777" w:rsidR="002374FD" w:rsidRPr="00A06BED" w:rsidRDefault="00000000">
            <w:pPr>
              <w:spacing w:after="40"/>
            </w:pPr>
            <w:r w:rsidRPr="00A06BED">
              <w:rPr>
                <w:sz w:val="19"/>
              </w:rPr>
              <w:t>chmod 755 dir</w:t>
            </w:r>
          </w:p>
        </w:tc>
        <w:tc>
          <w:tcPr>
            <w:tcW w:w="4561" w:type="dxa"/>
            <w:vAlign w:val="center"/>
          </w:tcPr>
          <w:p w14:paraId="70AB5EA7" w14:textId="77777777" w:rsidR="002374FD" w:rsidRPr="00A06BED" w:rsidRDefault="00000000">
            <w:pPr>
              <w:spacing w:after="40"/>
            </w:pPr>
            <w:r w:rsidRPr="00A06BED">
              <w:rPr>
                <w:sz w:val="19"/>
              </w:rPr>
              <w:t>Owner rwx; group/others r-x.</w:t>
            </w:r>
          </w:p>
        </w:tc>
      </w:tr>
      <w:tr w:rsidR="002374FD" w:rsidRPr="00A06BED" w14:paraId="687C1F56" w14:textId="77777777">
        <w:trPr>
          <w:jc w:val="center"/>
        </w:trPr>
        <w:tc>
          <w:tcPr>
            <w:tcW w:w="4561" w:type="dxa"/>
            <w:vAlign w:val="center"/>
          </w:tcPr>
          <w:p w14:paraId="39EC37B9" w14:textId="77777777" w:rsidR="002374FD" w:rsidRPr="00A06BED" w:rsidRDefault="00000000">
            <w:pPr>
              <w:spacing w:after="40"/>
            </w:pPr>
            <w:r w:rsidRPr="00A06BED">
              <w:rPr>
                <w:sz w:val="19"/>
              </w:rPr>
              <w:t>chmod u+x file</w:t>
            </w:r>
          </w:p>
        </w:tc>
        <w:tc>
          <w:tcPr>
            <w:tcW w:w="4561" w:type="dxa"/>
            <w:vAlign w:val="center"/>
          </w:tcPr>
          <w:p w14:paraId="36229A09" w14:textId="77777777" w:rsidR="002374FD" w:rsidRPr="00A06BED" w:rsidRDefault="00000000">
            <w:pPr>
              <w:spacing w:after="40"/>
            </w:pPr>
            <w:r w:rsidRPr="00A06BED">
              <w:rPr>
                <w:sz w:val="19"/>
              </w:rPr>
              <w:t>Menambahkan execute untuk owner.</w:t>
            </w:r>
          </w:p>
        </w:tc>
      </w:tr>
      <w:tr w:rsidR="002374FD" w:rsidRPr="00A06BED" w14:paraId="45B7B589" w14:textId="77777777">
        <w:trPr>
          <w:jc w:val="center"/>
        </w:trPr>
        <w:tc>
          <w:tcPr>
            <w:tcW w:w="4561" w:type="dxa"/>
            <w:vAlign w:val="center"/>
          </w:tcPr>
          <w:p w14:paraId="7CCB1ECC" w14:textId="77777777" w:rsidR="002374FD" w:rsidRPr="00A06BED" w:rsidRDefault="00000000">
            <w:pPr>
              <w:spacing w:after="40"/>
            </w:pPr>
            <w:r w:rsidRPr="00A06BED">
              <w:rPr>
                <w:sz w:val="19"/>
              </w:rPr>
              <w:t>chmod -R 750 dir</w:t>
            </w:r>
          </w:p>
        </w:tc>
        <w:tc>
          <w:tcPr>
            <w:tcW w:w="4561" w:type="dxa"/>
            <w:vAlign w:val="center"/>
          </w:tcPr>
          <w:p w14:paraId="17698248" w14:textId="77777777" w:rsidR="002374FD" w:rsidRPr="00A06BED" w:rsidRDefault="00000000">
            <w:pPr>
              <w:spacing w:after="40"/>
            </w:pPr>
            <w:r w:rsidRPr="00A06BED">
              <w:rPr>
                <w:sz w:val="19"/>
              </w:rPr>
              <w:t>Mengubah permission rekursif.</w:t>
            </w:r>
          </w:p>
        </w:tc>
      </w:tr>
      <w:tr w:rsidR="002374FD" w:rsidRPr="00A06BED" w14:paraId="50679C16" w14:textId="77777777">
        <w:trPr>
          <w:jc w:val="center"/>
        </w:trPr>
        <w:tc>
          <w:tcPr>
            <w:tcW w:w="4561" w:type="dxa"/>
            <w:vAlign w:val="center"/>
          </w:tcPr>
          <w:p w14:paraId="33BC1725" w14:textId="77777777" w:rsidR="002374FD" w:rsidRPr="00A06BED" w:rsidRDefault="00000000">
            <w:pPr>
              <w:spacing w:after="40"/>
            </w:pPr>
            <w:r w:rsidRPr="00A06BED">
              <w:rPr>
                <w:sz w:val="19"/>
              </w:rPr>
              <w:t>chown user file</w:t>
            </w:r>
          </w:p>
        </w:tc>
        <w:tc>
          <w:tcPr>
            <w:tcW w:w="4561" w:type="dxa"/>
            <w:vAlign w:val="center"/>
          </w:tcPr>
          <w:p w14:paraId="51D0C021" w14:textId="77777777" w:rsidR="002374FD" w:rsidRPr="00A06BED" w:rsidRDefault="00000000">
            <w:pPr>
              <w:spacing w:after="40"/>
            </w:pPr>
            <w:r w:rsidRPr="00A06BED">
              <w:rPr>
                <w:sz w:val="19"/>
              </w:rPr>
              <w:t>Mengubah owner.</w:t>
            </w:r>
          </w:p>
        </w:tc>
      </w:tr>
      <w:tr w:rsidR="002374FD" w:rsidRPr="00A06BED" w14:paraId="48DC92BE" w14:textId="77777777">
        <w:trPr>
          <w:jc w:val="center"/>
        </w:trPr>
        <w:tc>
          <w:tcPr>
            <w:tcW w:w="4561" w:type="dxa"/>
            <w:vAlign w:val="center"/>
          </w:tcPr>
          <w:p w14:paraId="31DBD9A0" w14:textId="77777777" w:rsidR="002374FD" w:rsidRPr="00A06BED" w:rsidRDefault="00000000">
            <w:pPr>
              <w:spacing w:after="40"/>
            </w:pPr>
            <w:r w:rsidRPr="00A06BED">
              <w:rPr>
                <w:sz w:val="19"/>
              </w:rPr>
              <w:t>chown user:group file</w:t>
            </w:r>
          </w:p>
        </w:tc>
        <w:tc>
          <w:tcPr>
            <w:tcW w:w="4561" w:type="dxa"/>
            <w:vAlign w:val="center"/>
          </w:tcPr>
          <w:p w14:paraId="5A389C99" w14:textId="77777777" w:rsidR="002374FD" w:rsidRPr="00A06BED" w:rsidRDefault="00000000">
            <w:pPr>
              <w:spacing w:after="40"/>
            </w:pPr>
            <w:r w:rsidRPr="00A06BED">
              <w:rPr>
                <w:sz w:val="19"/>
              </w:rPr>
              <w:t>Mengubah owner dan group.</w:t>
            </w:r>
          </w:p>
        </w:tc>
      </w:tr>
      <w:tr w:rsidR="002374FD" w:rsidRPr="00A06BED" w14:paraId="1146D178" w14:textId="77777777">
        <w:trPr>
          <w:jc w:val="center"/>
        </w:trPr>
        <w:tc>
          <w:tcPr>
            <w:tcW w:w="4561" w:type="dxa"/>
            <w:vAlign w:val="center"/>
          </w:tcPr>
          <w:p w14:paraId="50F651D9" w14:textId="77777777" w:rsidR="002374FD" w:rsidRPr="00A06BED" w:rsidRDefault="00000000">
            <w:pPr>
              <w:spacing w:after="40"/>
            </w:pPr>
            <w:r w:rsidRPr="00A06BED">
              <w:rPr>
                <w:sz w:val="19"/>
              </w:rPr>
              <w:lastRenderedPageBreak/>
              <w:t>chown :group file</w:t>
            </w:r>
          </w:p>
        </w:tc>
        <w:tc>
          <w:tcPr>
            <w:tcW w:w="4561" w:type="dxa"/>
            <w:vAlign w:val="center"/>
          </w:tcPr>
          <w:p w14:paraId="14AECEF9" w14:textId="77777777" w:rsidR="002374FD" w:rsidRPr="00A06BED" w:rsidRDefault="00000000">
            <w:pPr>
              <w:spacing w:after="40"/>
            </w:pPr>
            <w:r w:rsidRPr="00A06BED">
              <w:rPr>
                <w:sz w:val="19"/>
              </w:rPr>
              <w:t>Mengubah group saja.</w:t>
            </w:r>
          </w:p>
        </w:tc>
      </w:tr>
      <w:tr w:rsidR="002374FD" w:rsidRPr="00A06BED" w14:paraId="661FCE5A" w14:textId="77777777">
        <w:trPr>
          <w:jc w:val="center"/>
        </w:trPr>
        <w:tc>
          <w:tcPr>
            <w:tcW w:w="4561" w:type="dxa"/>
            <w:vAlign w:val="center"/>
          </w:tcPr>
          <w:p w14:paraId="64DEA61C" w14:textId="77777777" w:rsidR="002374FD" w:rsidRPr="00A06BED" w:rsidRDefault="00000000">
            <w:pPr>
              <w:spacing w:after="40"/>
            </w:pPr>
            <w:r w:rsidRPr="00A06BED">
              <w:rPr>
                <w:sz w:val="19"/>
              </w:rPr>
              <w:t>chown -R user:group dir</w:t>
            </w:r>
          </w:p>
        </w:tc>
        <w:tc>
          <w:tcPr>
            <w:tcW w:w="4561" w:type="dxa"/>
            <w:vAlign w:val="center"/>
          </w:tcPr>
          <w:p w14:paraId="4C975EE1" w14:textId="77777777" w:rsidR="002374FD" w:rsidRPr="00A06BED" w:rsidRDefault="00000000">
            <w:pPr>
              <w:spacing w:after="40"/>
            </w:pPr>
            <w:r w:rsidRPr="00A06BED">
              <w:rPr>
                <w:sz w:val="19"/>
              </w:rPr>
              <w:t>Mengubah owner/group secara rekursif.</w:t>
            </w:r>
          </w:p>
        </w:tc>
      </w:tr>
    </w:tbl>
    <w:p w14:paraId="6D3C531F" w14:textId="77777777" w:rsidR="002374FD" w:rsidRPr="00A06BED" w:rsidRDefault="00000000">
      <w:pPr>
        <w:pStyle w:val="Heading1"/>
        <w:spacing w:after="100"/>
        <w:rPr>
          <w:color w:val="auto"/>
        </w:rPr>
      </w:pPr>
      <w:r w:rsidRPr="00A06BED">
        <w:rPr>
          <w:color w:val="auto"/>
        </w:rPr>
        <w:t>10. Latihan</w:t>
      </w:r>
    </w:p>
    <w:p w14:paraId="3E4DB2D7" w14:textId="77777777" w:rsidR="002374FD" w:rsidRPr="00A06BED" w:rsidRDefault="00000000">
      <w:pPr>
        <w:spacing w:after="100"/>
      </w:pPr>
      <w:r w:rsidRPr="00A06BED">
        <w:t>1. Sebuah file memiliki permission -rw-r----- . Jelaskan hak akses owner, group, dan others.</w:t>
      </w:r>
    </w:p>
    <w:p w14:paraId="45D2AF35" w14:textId="77777777" w:rsidR="002374FD" w:rsidRPr="00A06BED" w:rsidRDefault="00000000">
      <w:pPr>
        <w:spacing w:after="100"/>
        <w:rPr>
          <w:lang w:val="fi-FI"/>
        </w:rPr>
      </w:pPr>
      <w:r w:rsidRPr="00A06BED">
        <w:rPr>
          <w:lang w:val="fi-FI"/>
        </w:rPr>
        <w:t>2. Tuliskan perintah chmod untuk menghasilkan permission rwxr-x---.</w:t>
      </w:r>
    </w:p>
    <w:p w14:paraId="3E985A92" w14:textId="77777777" w:rsidR="002374FD" w:rsidRPr="00A06BED" w:rsidRDefault="00000000">
      <w:pPr>
        <w:spacing w:after="100"/>
        <w:rPr>
          <w:lang w:val="fi-FI"/>
        </w:rPr>
      </w:pPr>
      <w:r w:rsidRPr="00A06BED">
        <w:rPr>
          <w:lang w:val="fi-FI"/>
        </w:rPr>
        <w:t>3. Tuliskan perintah untuk menambahkan execute kepada owner tanpa mengubah permission kategori lain.</w:t>
      </w:r>
    </w:p>
    <w:p w14:paraId="75D77677" w14:textId="77777777" w:rsidR="002374FD" w:rsidRPr="00A06BED" w:rsidRDefault="00000000">
      <w:pPr>
        <w:spacing w:after="100"/>
        <w:rPr>
          <w:lang w:val="fi-FI"/>
        </w:rPr>
      </w:pPr>
      <w:r w:rsidRPr="00A06BED">
        <w:rPr>
          <w:lang w:val="fi-FI"/>
        </w:rPr>
        <w:t>4. Tuliskan perintah chown untuk mengubah owner file data.csv menjadi budi dan group menjadi analyst.</w:t>
      </w:r>
    </w:p>
    <w:p w14:paraId="65E8B4DB" w14:textId="77777777" w:rsidR="002374FD" w:rsidRPr="00A06BED" w:rsidRDefault="00000000">
      <w:pPr>
        <w:spacing w:after="100"/>
        <w:rPr>
          <w:lang w:val="da-DK"/>
        </w:rPr>
      </w:pPr>
      <w:r w:rsidRPr="00A06BED">
        <w:rPr>
          <w:lang w:val="da-DK"/>
        </w:rPr>
        <w:t>5. Mengapa chmod 777 umumnya tidak dianjurkan pada server produksi?</w:t>
      </w:r>
    </w:p>
    <w:p w14:paraId="2B6F18B1" w14:textId="77777777" w:rsidR="002374FD" w:rsidRPr="00A06BED" w:rsidRDefault="00000000">
      <w:pPr>
        <w:spacing w:after="100"/>
        <w:rPr>
          <w:lang w:val="da-DK"/>
        </w:rPr>
      </w:pPr>
      <w:r w:rsidRPr="00A06BED">
        <w:rPr>
          <w:lang w:val="da-DK"/>
        </w:rPr>
        <w:t>6. Sebuah direktori /srv/proyek harus dapat dimodifikasi oleh owner, dibaca dan ditelusuri oleh group, serta tidak dapat diakses others. Tentukan permission numeriknya.</w:t>
      </w:r>
    </w:p>
    <w:p w14:paraId="6012FDB0" w14:textId="77777777" w:rsidR="002374FD" w:rsidRPr="00A06BED" w:rsidRDefault="00000000">
      <w:pPr>
        <w:spacing w:after="100"/>
        <w:rPr>
          <w:lang w:val="da-DK"/>
        </w:rPr>
      </w:pPr>
      <w:r w:rsidRPr="00A06BED">
        <w:rPr>
          <w:lang w:val="da-DK"/>
        </w:rPr>
        <w:t>7. Bagaimana cara menerapkan 755 untuk semua direktori dan 644 untuk semua file di bawah /var/www/html tanpa menyamakan keduanya?</w:t>
      </w:r>
    </w:p>
    <w:p w14:paraId="539B3C67" w14:textId="77777777" w:rsidR="002374FD" w:rsidRPr="00A06BED" w:rsidRDefault="00000000">
      <w:pPr>
        <w:pStyle w:val="Heading1"/>
        <w:spacing w:after="100"/>
        <w:rPr>
          <w:color w:val="auto"/>
        </w:rPr>
      </w:pPr>
      <w:r w:rsidRPr="00A06BED">
        <w:rPr>
          <w:color w:val="auto"/>
        </w:rPr>
        <w:t>11. Kunci Jawaban Singkat</w:t>
      </w:r>
    </w:p>
    <w:p w14:paraId="056911BD" w14:textId="77777777" w:rsidR="002374FD" w:rsidRPr="00A06BED" w:rsidRDefault="00000000">
      <w:pPr>
        <w:spacing w:after="100"/>
      </w:pPr>
      <w:r w:rsidRPr="00A06BED">
        <w:rPr>
          <w:b/>
        </w:rPr>
        <w:t xml:space="preserve">1. </w:t>
      </w:r>
      <w:r w:rsidRPr="00A06BED">
        <w:t>Owner: read+write; group: read; others: tidak ada akses.</w:t>
      </w:r>
    </w:p>
    <w:p w14:paraId="2ADA3CBA" w14:textId="77777777" w:rsidR="002374FD" w:rsidRPr="00A06BED" w:rsidRDefault="00000000">
      <w:pPr>
        <w:spacing w:after="100"/>
      </w:pPr>
      <w:r w:rsidRPr="00A06BED">
        <w:rPr>
          <w:b/>
        </w:rPr>
        <w:t xml:space="preserve">2. </w:t>
      </w:r>
      <w:r w:rsidRPr="00A06BED">
        <w:t>chmod 750 nama_file</w:t>
      </w:r>
    </w:p>
    <w:p w14:paraId="115886D6" w14:textId="77777777" w:rsidR="002374FD" w:rsidRPr="00A06BED" w:rsidRDefault="00000000">
      <w:pPr>
        <w:spacing w:after="100"/>
      </w:pPr>
      <w:r w:rsidRPr="00A06BED">
        <w:rPr>
          <w:b/>
        </w:rPr>
        <w:t xml:space="preserve">3. </w:t>
      </w:r>
      <w:r w:rsidRPr="00A06BED">
        <w:t>chmod u+x nama_file</w:t>
      </w:r>
    </w:p>
    <w:p w14:paraId="0C397C5D" w14:textId="77777777" w:rsidR="002374FD" w:rsidRPr="00A06BED" w:rsidRDefault="00000000">
      <w:pPr>
        <w:spacing w:after="100"/>
      </w:pPr>
      <w:r w:rsidRPr="00A06BED">
        <w:rPr>
          <w:b/>
        </w:rPr>
        <w:t xml:space="preserve">4. </w:t>
      </w:r>
      <w:r w:rsidRPr="00A06BED">
        <w:t>sudo chown budi:analyst data.csv</w:t>
      </w:r>
    </w:p>
    <w:p w14:paraId="1464AD3E" w14:textId="77777777" w:rsidR="002374FD" w:rsidRPr="00A06BED" w:rsidRDefault="00000000">
      <w:pPr>
        <w:spacing w:after="100"/>
      </w:pPr>
      <w:r w:rsidRPr="00A06BED">
        <w:rPr>
          <w:b/>
        </w:rPr>
        <w:t xml:space="preserve">5. </w:t>
      </w:r>
      <w:r w:rsidRPr="00A06BED">
        <w:t>Karena semua pengguna memperoleh read, write, dan execute sehingga meningkatkan risiko modifikasi atau eksekusi tidak sah.</w:t>
      </w:r>
    </w:p>
    <w:p w14:paraId="7556D280" w14:textId="77777777" w:rsidR="002374FD" w:rsidRPr="00A06BED" w:rsidRDefault="00000000">
      <w:pPr>
        <w:spacing w:after="100"/>
      </w:pPr>
      <w:r w:rsidRPr="00A06BED">
        <w:rPr>
          <w:b/>
        </w:rPr>
        <w:t xml:space="preserve">6. </w:t>
      </w:r>
      <w:r w:rsidRPr="00A06BED">
        <w:t>750.</w:t>
      </w:r>
    </w:p>
    <w:p w14:paraId="1ED6746F" w14:textId="77777777" w:rsidR="002374FD" w:rsidRPr="00A06BED" w:rsidRDefault="00000000">
      <w:pPr>
        <w:spacing w:after="100"/>
      </w:pPr>
      <w:r w:rsidRPr="00A06BED">
        <w:rPr>
          <w:b/>
        </w:rPr>
        <w:t xml:space="preserve">7. </w:t>
      </w:r>
      <w:r w:rsidRPr="00A06BED">
        <w:t>find /var/www/html -type d -exec chmod 755 {} \; dan find /var/www/html -type f -exec chmod 644 {} \;</w:t>
      </w:r>
    </w:p>
    <w:p w14:paraId="243D8A96" w14:textId="77777777" w:rsidR="002374FD" w:rsidRPr="00A06BED" w:rsidRDefault="00000000">
      <w:pPr>
        <w:pStyle w:val="Heading1"/>
        <w:spacing w:after="100"/>
        <w:rPr>
          <w:color w:val="auto"/>
        </w:rPr>
      </w:pPr>
      <w:r w:rsidRPr="00A06BED">
        <w:rPr>
          <w:color w:val="auto"/>
        </w:rPr>
        <w:t>12. Kesimpulan</w:t>
      </w:r>
    </w:p>
    <w:p w14:paraId="67FA622C" w14:textId="77777777" w:rsidR="002374FD" w:rsidRPr="00A06BED" w:rsidRDefault="00000000">
      <w:pPr>
        <w:spacing w:after="100"/>
      </w:pPr>
      <w:r w:rsidRPr="00A06BED">
        <w:t>chmod dan chown merupakan komponen inti administrasi keamanan Linux. chmod mengendalikan hak akses, sedangkan chown mengendalikan identitas owner dan group. Konfigurasi yang tepat harus mengikuti prinsip least privilege, membedakan kebutuhan permission file dan direktori, menghindari penggunaan permission terlalu permisif, serta selalu diverifikasi menggunakan ls, stat, atau alat lain yang relevan.</w:t>
      </w:r>
    </w:p>
    <w:sectPr w:rsidR="002374FD" w:rsidRPr="00A06BED" w:rsidSect="00034616">
      <w:footerReference w:type="default" r:id="rId8"/>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89423" w14:textId="77777777" w:rsidR="000B43EB" w:rsidRDefault="000B43EB">
      <w:pPr>
        <w:spacing w:after="0" w:line="240" w:lineRule="auto"/>
      </w:pPr>
      <w:r>
        <w:separator/>
      </w:r>
    </w:p>
  </w:endnote>
  <w:endnote w:type="continuationSeparator" w:id="0">
    <w:p w14:paraId="2461B990" w14:textId="77777777" w:rsidR="000B43EB" w:rsidRDefault="000B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0C69" w14:textId="77777777" w:rsidR="002374FD" w:rsidRDefault="00000000">
    <w:pPr>
      <w:pStyle w:val="Footer"/>
      <w:jc w:val="center"/>
    </w:pPr>
    <w:r>
      <w:rPr>
        <w:sz w:val="16"/>
      </w:rPr>
      <w:t xml:space="preserve">Materi Ajar Linux - </w:t>
    </w:r>
    <w:proofErr w:type="spellStart"/>
    <w:r>
      <w:rPr>
        <w:sz w:val="16"/>
      </w:rPr>
      <w:t>chmod</w:t>
    </w:r>
    <w:proofErr w:type="spellEnd"/>
    <w:r>
      <w:rPr>
        <w:sz w:val="16"/>
      </w:rPr>
      <w:t xml:space="preserve"> dan </w:t>
    </w:r>
    <w:proofErr w:type="spellStart"/>
    <w:r>
      <w:rPr>
        <w:sz w:val="16"/>
      </w:rPr>
      <w:t>chown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C6BB2" w14:textId="77777777" w:rsidR="000B43EB" w:rsidRDefault="000B43EB">
      <w:pPr>
        <w:spacing w:after="0" w:line="240" w:lineRule="auto"/>
      </w:pPr>
      <w:r>
        <w:separator/>
      </w:r>
    </w:p>
  </w:footnote>
  <w:footnote w:type="continuationSeparator" w:id="0">
    <w:p w14:paraId="02CD72F5" w14:textId="77777777" w:rsidR="000B43EB" w:rsidRDefault="000B43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8199860">
    <w:abstractNumId w:val="8"/>
  </w:num>
  <w:num w:numId="2" w16cid:durableId="1643535197">
    <w:abstractNumId w:val="6"/>
  </w:num>
  <w:num w:numId="3" w16cid:durableId="1120609351">
    <w:abstractNumId w:val="5"/>
  </w:num>
  <w:num w:numId="4" w16cid:durableId="794759868">
    <w:abstractNumId w:val="4"/>
  </w:num>
  <w:num w:numId="5" w16cid:durableId="670528540">
    <w:abstractNumId w:val="7"/>
  </w:num>
  <w:num w:numId="6" w16cid:durableId="200098073">
    <w:abstractNumId w:val="3"/>
  </w:num>
  <w:num w:numId="7" w16cid:durableId="1190872775">
    <w:abstractNumId w:val="2"/>
  </w:num>
  <w:num w:numId="8" w16cid:durableId="957103048">
    <w:abstractNumId w:val="1"/>
  </w:num>
  <w:num w:numId="9" w16cid:durableId="174333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3EB"/>
    <w:rsid w:val="000E42E3"/>
    <w:rsid w:val="0015074B"/>
    <w:rsid w:val="002204C5"/>
    <w:rsid w:val="002374FD"/>
    <w:rsid w:val="0029639D"/>
    <w:rsid w:val="00326F90"/>
    <w:rsid w:val="007C6AF6"/>
    <w:rsid w:val="00A06BED"/>
    <w:rsid w:val="00AA1D8D"/>
    <w:rsid w:val="00B47730"/>
    <w:rsid w:val="00C84AB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950069"/>
  <w14:defaultImageDpi w14:val="300"/>
  <w15:docId w15:val="{1C1F8404-91AD-4589-AE5F-B4A14B2F9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1610</Words>
  <Characters>9181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molavi arman</cp:lastModifiedBy>
  <cp:revision>5</cp:revision>
  <dcterms:created xsi:type="dcterms:W3CDTF">2026-09-14T04:18:00Z</dcterms:created>
  <dcterms:modified xsi:type="dcterms:W3CDTF">2026-09-14T04:23:00Z</dcterms:modified>
  <cp:category/>
</cp:coreProperties>
</file>